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中国宋庆龄基金会致远助学基金项目（广东）简介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2022-07-18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其他信息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https://szeb.sz.gov.cn/szzkw/qtxx/content/post_9958487.html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d6d76cdf39cea5042d1fb92aa45631ebd3a10af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065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d6d76cdf39cea5042d1fb92aa45631ebd3a10af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0654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xx/content/post_9958487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