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我省2026年专科征集志愿投档情况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2026-08-10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https://eea.gd.gov.cn/news/content/post_4940332.html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https://eea.gd.gov.cn/ptgk/content/post_4940331.html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https://eea.gd.gov.cn/zwgk/sjfb/tjsj/content/post_4940333.html</w:t>
        </w:r>
      </w:hyperlink>
    </w:p>
    <w:p/>
    <w:p>
      <w:r>
        <w:t>我省2026年专科普通类（含历史类、物理类等2个类别）和体育艺术类【含体育类、音乐类、舞蹈类、美术与设计类、书法类、播音与主持类、表（导）演类等7个类别】征集志愿已完成投档，现公布投档情况（附件1-9）。</w:t>
      </w:r>
    </w:p>
    <w:p>
      <w:r>
        <w:t>1.广东省2026年专科普通类(历史)征集志愿投档情况</w:t>
      </w:r>
    </w:p>
    <w:p>
      <w:r>
        <w:t>2.广东省2026年专科普通类(物理)征集志愿投档情况</w:t>
      </w:r>
    </w:p>
    <w:p>
      <w:r>
        <w:t>3.广东省2026年专科体育类征集志愿投档情况</w:t>
      </w:r>
    </w:p>
    <w:p>
      <w:r>
        <w:t>4.广东省2026年专科音乐类统考征集志愿投档情况</w:t>
      </w:r>
    </w:p>
    <w:p>
      <w:r>
        <w:t>5.广东省2026年专科舞蹈类统考征集志愿投档情况</w:t>
      </w:r>
    </w:p>
    <w:p>
      <w:r>
        <w:t>6.广东省2026年专科美术与设计类统考征集志愿投档情况</w:t>
      </w:r>
    </w:p>
    <w:p>
      <w:r>
        <w:t>7.广东省2026年专科播音与主持类统考征集志愿投档情况</w:t>
      </w:r>
    </w:p>
    <w:p>
      <w:r>
        <w:t>8.广东省2026年专科书法类统考征集志愿投档情况</w:t>
      </w:r>
    </w:p>
    <w:p>
      <w:r>
        <w:t>9.广东省2026年专科表(导)演类统考征集志愿投档情况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1.广东省2026年专科普通类(历史)征集志愿投档情况</w:t>
        </w:r>
      </w:hyperlink>
    </w:p>
    <w:p>
      <w:r>
        <w:rPr>
          <w:sz w:val="16"/>
        </w:rPr>
        <w:t>https://eea.gd.gov.cn/attachment/0/621/621953/4940332.pdf</w:t>
      </w:r>
    </w:p>
    <w:p>
      <w:hyperlink r:id="rId14">
        <w:r>
          <w:rPr>
            <w:color w:val="18548A"/>
          </w:rPr>
          <w:t>2.广东省2026年专科普通类(物理)征集志愿投档情况</w:t>
        </w:r>
      </w:hyperlink>
    </w:p>
    <w:p>
      <w:r>
        <w:rPr>
          <w:sz w:val="16"/>
        </w:rPr>
        <w:t>https://eea.gd.gov.cn/attachment/0/621/621954/4940332.pdf</w:t>
      </w:r>
    </w:p>
    <w:p>
      <w:hyperlink r:id="rId15">
        <w:r>
          <w:rPr>
            <w:color w:val="18548A"/>
          </w:rPr>
          <w:t>3.广东省2026年专科体育类征集志愿投档情况</w:t>
        </w:r>
      </w:hyperlink>
    </w:p>
    <w:p>
      <w:r>
        <w:rPr>
          <w:sz w:val="16"/>
        </w:rPr>
        <w:t>https://eea.gd.gov.cn/attachment/0/621/621955/4940332.pdf</w:t>
      </w:r>
    </w:p>
    <w:p>
      <w:hyperlink r:id="rId16">
        <w:r>
          <w:rPr>
            <w:color w:val="18548A"/>
          </w:rPr>
          <w:t>4.广东省2026年专科音乐类统考征集志愿投档情况</w:t>
        </w:r>
      </w:hyperlink>
    </w:p>
    <w:p>
      <w:r>
        <w:rPr>
          <w:sz w:val="16"/>
        </w:rPr>
        <w:t>https://eea.gd.gov.cn/attachment/0/621/621956/4940332.pdf</w:t>
      </w:r>
    </w:p>
    <w:p>
      <w:hyperlink r:id="rId17">
        <w:r>
          <w:rPr>
            <w:color w:val="18548A"/>
          </w:rPr>
          <w:t>5.广东省2026年专科舞蹈类统考征集志愿投档情况</w:t>
        </w:r>
      </w:hyperlink>
    </w:p>
    <w:p>
      <w:r>
        <w:rPr>
          <w:sz w:val="16"/>
        </w:rPr>
        <w:t>https://eea.gd.gov.cn/attachment/0/621/621957/4940332.pdf</w:t>
      </w:r>
    </w:p>
    <w:p>
      <w:hyperlink r:id="rId18">
        <w:r>
          <w:rPr>
            <w:color w:val="18548A"/>
          </w:rPr>
          <w:t>6.广东省2026年专科美术与设计类统考征集志愿投档情况</w:t>
        </w:r>
      </w:hyperlink>
    </w:p>
    <w:p>
      <w:r>
        <w:rPr>
          <w:sz w:val="16"/>
        </w:rPr>
        <w:t>https://eea.gd.gov.cn/attachment/0/621/621958/4940332.pdf</w:t>
      </w:r>
    </w:p>
    <w:p>
      <w:hyperlink r:id="rId19">
        <w:r>
          <w:rPr>
            <w:color w:val="18548A"/>
          </w:rPr>
          <w:t>7.广东省2026年专科播音与主持类统考征集志愿投档情况</w:t>
        </w:r>
      </w:hyperlink>
    </w:p>
    <w:p>
      <w:r>
        <w:rPr>
          <w:sz w:val="16"/>
        </w:rPr>
        <w:t>https://eea.gd.gov.cn/attachment/0/621/621959/4940332.pdf</w:t>
      </w:r>
    </w:p>
    <w:p>
      <w:hyperlink r:id="rId20">
        <w:r>
          <w:rPr>
            <w:color w:val="18548A"/>
          </w:rPr>
          <w:t>8.广东省2026年专科书法类统考征集志愿投档情况</w:t>
        </w:r>
      </w:hyperlink>
    </w:p>
    <w:p>
      <w:r>
        <w:rPr>
          <w:sz w:val="16"/>
        </w:rPr>
        <w:t>https://eea.gd.gov.cn/attachment/0/621/621960/4940332.pdf</w:t>
      </w:r>
    </w:p>
    <w:p>
      <w:hyperlink r:id="rId21">
        <w:r>
          <w:rPr>
            <w:color w:val="18548A"/>
          </w:rPr>
          <w:t>9.广东省2026年专科表(导)演类统考征集志愿投档情况</w:t>
        </w:r>
      </w:hyperlink>
    </w:p>
    <w:p>
      <w:r>
        <w:rPr>
          <w:sz w:val="16"/>
        </w:rPr>
        <w:t>https://eea.gd.gov.cn/attachment/0/621/621961/4940332.pdf</w:t>
      </w:r>
    </w:p>
    <w:p>
      <w:pPr>
        <w:pStyle w:val="Heading1"/>
      </w:pPr>
      <w:r>
        <w:t>正文相关链接</w:t>
      </w:r>
    </w:p>
    <w:p>
      <w:hyperlink r:id="rId22">
        <w:r>
          <w:rPr>
            <w:color w:val="18548A"/>
          </w:rPr>
          <w:t>1.广东省2026年专科普通类(历史)征集志愿投档情况</w:t>
        </w:r>
      </w:hyperlink>
    </w:p>
    <w:p>
      <w:r>
        <w:t>https://eea.gd.gov.cn/attachment/0/621/621953/4940331.pdf</w:t>
      </w:r>
    </w:p>
    <w:p>
      <w:hyperlink r:id="rId23">
        <w:r>
          <w:rPr>
            <w:color w:val="18548A"/>
          </w:rPr>
          <w:t>2.广东省2026年专科普通类(物理)征集志愿投档情况</w:t>
        </w:r>
      </w:hyperlink>
    </w:p>
    <w:p>
      <w:r>
        <w:t>https://eea.gd.gov.cn/attachment/0/621/621954/4940331.pdf</w:t>
      </w:r>
    </w:p>
    <w:p>
      <w:hyperlink r:id="rId24">
        <w:r>
          <w:rPr>
            <w:color w:val="18548A"/>
          </w:rPr>
          <w:t>3.广东省2026年专科体育类征集志愿投档情况</w:t>
        </w:r>
      </w:hyperlink>
    </w:p>
    <w:p>
      <w:r>
        <w:t>https://eea.gd.gov.cn/attachment/0/621/621955/4940331.pdf</w:t>
      </w:r>
    </w:p>
    <w:p>
      <w:hyperlink r:id="rId25">
        <w:r>
          <w:rPr>
            <w:color w:val="18548A"/>
          </w:rPr>
          <w:t>4.广东省2026年专科音乐类统考征集志愿投档情况</w:t>
        </w:r>
      </w:hyperlink>
    </w:p>
    <w:p>
      <w:r>
        <w:t>https://eea.gd.gov.cn/attachment/0/621/621956/4940331.pdf</w:t>
      </w:r>
    </w:p>
    <w:p>
      <w:hyperlink r:id="rId26">
        <w:r>
          <w:rPr>
            <w:color w:val="18548A"/>
          </w:rPr>
          <w:t>5.广东省2026年专科舞蹈类统考征集志愿投档情况</w:t>
        </w:r>
      </w:hyperlink>
    </w:p>
    <w:p>
      <w:r>
        <w:t>https://eea.gd.gov.cn/attachment/0/621/621957/4940331.pdf</w:t>
      </w:r>
    </w:p>
    <w:p>
      <w:hyperlink r:id="rId27">
        <w:r>
          <w:rPr>
            <w:color w:val="18548A"/>
          </w:rPr>
          <w:t>6.广东省2026年专科美术与设计类统考征集志愿投档情况</w:t>
        </w:r>
      </w:hyperlink>
    </w:p>
    <w:p>
      <w:r>
        <w:t>https://eea.gd.gov.cn/attachment/0/621/621958/4940331.pdf</w:t>
      </w:r>
    </w:p>
    <w:p>
      <w:hyperlink r:id="rId28">
        <w:r>
          <w:rPr>
            <w:color w:val="18548A"/>
          </w:rPr>
          <w:t>7.广东省2026年专科播音与主持类统考征集志愿投档情况</w:t>
        </w:r>
      </w:hyperlink>
    </w:p>
    <w:p>
      <w:r>
        <w:t>https://eea.gd.gov.cn/attachment/0/621/621959/4940331.pdf</w:t>
      </w:r>
    </w:p>
    <w:p>
      <w:hyperlink r:id="rId29">
        <w:r>
          <w:rPr>
            <w:color w:val="18548A"/>
          </w:rPr>
          <w:t>8.广东省2026年专科书法类统考征集志愿投档情况</w:t>
        </w:r>
      </w:hyperlink>
    </w:p>
    <w:p>
      <w:r>
        <w:t>https://eea.gd.gov.cn/attachment/0/621/621960/4940331.pdf</w:t>
      </w:r>
    </w:p>
    <w:p>
      <w:hyperlink r:id="rId30">
        <w:r>
          <w:rPr>
            <w:color w:val="18548A"/>
          </w:rPr>
          <w:t>9.广东省2026年专科表(导)演类统考征集志愿投档情况</w:t>
        </w:r>
      </w:hyperlink>
    </w:p>
    <w:p>
      <w:r>
        <w:t>https://eea.gd.gov.cn/attachment/0/621/621961/4940331.pdf</w:t>
      </w:r>
    </w:p>
    <w:p>
      <w:hyperlink r:id="rId31">
        <w:r>
          <w:rPr>
            <w:color w:val="18548A"/>
          </w:rPr>
          <w:t>1.广东省2026年专科普通类(历史)征集志愿投档情况</w:t>
        </w:r>
      </w:hyperlink>
    </w:p>
    <w:p>
      <w:r>
        <w:t>https://eea.gd.gov.cn/attachment/0/621/621953/4940333.pdf</w:t>
      </w:r>
    </w:p>
    <w:p>
      <w:hyperlink r:id="rId32">
        <w:r>
          <w:rPr>
            <w:color w:val="18548A"/>
          </w:rPr>
          <w:t>2.广东省2026年专科普通类(物理)征集志愿投档情况</w:t>
        </w:r>
      </w:hyperlink>
    </w:p>
    <w:p>
      <w:r>
        <w:t>https://eea.gd.gov.cn/attachment/0/621/621954/4940333.pdf</w:t>
      </w:r>
    </w:p>
    <w:p>
      <w:hyperlink r:id="rId33">
        <w:r>
          <w:rPr>
            <w:color w:val="18548A"/>
          </w:rPr>
          <w:t>3.广东省2026年专科体育类征集志愿投档情况</w:t>
        </w:r>
      </w:hyperlink>
    </w:p>
    <w:p>
      <w:r>
        <w:t>https://eea.gd.gov.cn/attachment/0/621/621955/4940333.pdf</w:t>
      </w:r>
    </w:p>
    <w:p>
      <w:hyperlink r:id="rId34">
        <w:r>
          <w:rPr>
            <w:color w:val="18548A"/>
          </w:rPr>
          <w:t>4.广东省2026年专科音乐类统考征集志愿投档情况</w:t>
        </w:r>
      </w:hyperlink>
    </w:p>
    <w:p>
      <w:r>
        <w:t>https://eea.gd.gov.cn/attachment/0/621/621956/4940333.pdf</w:t>
      </w:r>
    </w:p>
    <w:p>
      <w:hyperlink r:id="rId35">
        <w:r>
          <w:rPr>
            <w:color w:val="18548A"/>
          </w:rPr>
          <w:t>5.广东省2026年专科舞蹈类统考征集志愿投档情况</w:t>
        </w:r>
      </w:hyperlink>
    </w:p>
    <w:p>
      <w:r>
        <w:t>https://eea.gd.gov.cn/attachment/0/621/621957/4940333.pdf</w:t>
      </w:r>
    </w:p>
    <w:p>
      <w:hyperlink r:id="rId36">
        <w:r>
          <w:rPr>
            <w:color w:val="18548A"/>
          </w:rPr>
          <w:t>6.广东省2026年专科美术与设计类统考征集志愿投档情况</w:t>
        </w:r>
      </w:hyperlink>
    </w:p>
    <w:p>
      <w:r>
        <w:t>https://eea.gd.gov.cn/attachment/0/621/621958/4940333.pdf</w:t>
      </w:r>
    </w:p>
    <w:p>
      <w:hyperlink r:id="rId37">
        <w:r>
          <w:rPr>
            <w:color w:val="18548A"/>
          </w:rPr>
          <w:t>7.广东省2026年专科播音与主持类统考征集志愿投档情况</w:t>
        </w:r>
      </w:hyperlink>
    </w:p>
    <w:p>
      <w:r>
        <w:t>https://eea.gd.gov.cn/attachment/0/621/621959/4940333.pdf</w:t>
      </w:r>
    </w:p>
    <w:p>
      <w:hyperlink r:id="rId38">
        <w:r>
          <w:rPr>
            <w:color w:val="18548A"/>
          </w:rPr>
          <w:t>8.广东省2026年专科书法类统考征集志愿投档情况</w:t>
        </w:r>
      </w:hyperlink>
    </w:p>
    <w:p>
      <w:r>
        <w:t>https://eea.gd.gov.cn/attachment/0/621/621960/4940333.pdf</w:t>
      </w:r>
    </w:p>
    <w:p>
      <w:hyperlink r:id="rId39">
        <w:r>
          <w:rPr>
            <w:color w:val="18548A"/>
          </w:rPr>
          <w:t>9.广东省2026年专科表(导)演类统考征集志愿投档情况</w:t>
        </w:r>
      </w:hyperlink>
    </w:p>
    <w:p>
      <w:r>
        <w:t>https://eea.gd.gov.cn/attachment/0/621/621961/4940333.pdf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940332.html" TargetMode="External"/><Relationship Id="rId11" Type="http://schemas.openxmlformats.org/officeDocument/2006/relationships/hyperlink" Target="https://eea.gd.gov.cn/ptgk/content/post_4940331.html" TargetMode="External"/><Relationship Id="rId12" Type="http://schemas.openxmlformats.org/officeDocument/2006/relationships/hyperlink" Target="https://eea.gd.gov.cn/zwgk/sjfb/tjsj/content/post_4940333.html" TargetMode="External"/><Relationship Id="rId13" Type="http://schemas.openxmlformats.org/officeDocument/2006/relationships/hyperlink" Target="https://eea.gd.gov.cn/attachment/0/621/621953/4940332.pdf" TargetMode="External"/><Relationship Id="rId14" Type="http://schemas.openxmlformats.org/officeDocument/2006/relationships/hyperlink" Target="https://eea.gd.gov.cn/attachment/0/621/621954/4940332.pdf" TargetMode="External"/><Relationship Id="rId15" Type="http://schemas.openxmlformats.org/officeDocument/2006/relationships/hyperlink" Target="https://eea.gd.gov.cn/attachment/0/621/621955/4940332.pdf" TargetMode="External"/><Relationship Id="rId16" Type="http://schemas.openxmlformats.org/officeDocument/2006/relationships/hyperlink" Target="https://eea.gd.gov.cn/attachment/0/621/621956/4940332.pdf" TargetMode="External"/><Relationship Id="rId17" Type="http://schemas.openxmlformats.org/officeDocument/2006/relationships/hyperlink" Target="https://eea.gd.gov.cn/attachment/0/621/621957/4940332.pdf" TargetMode="External"/><Relationship Id="rId18" Type="http://schemas.openxmlformats.org/officeDocument/2006/relationships/hyperlink" Target="https://eea.gd.gov.cn/attachment/0/621/621958/4940332.pdf" TargetMode="External"/><Relationship Id="rId19" Type="http://schemas.openxmlformats.org/officeDocument/2006/relationships/hyperlink" Target="https://eea.gd.gov.cn/attachment/0/621/621959/4940332.pdf" TargetMode="External"/><Relationship Id="rId20" Type="http://schemas.openxmlformats.org/officeDocument/2006/relationships/hyperlink" Target="https://eea.gd.gov.cn/attachment/0/621/621960/4940332.pdf" TargetMode="External"/><Relationship Id="rId21" Type="http://schemas.openxmlformats.org/officeDocument/2006/relationships/hyperlink" Target="https://eea.gd.gov.cn/attachment/0/621/621961/4940332.pdf" TargetMode="External"/><Relationship Id="rId22" Type="http://schemas.openxmlformats.org/officeDocument/2006/relationships/hyperlink" Target="https://eea.gd.gov.cn/attachment/0/621/621953/4940331.pdf" TargetMode="External"/><Relationship Id="rId23" Type="http://schemas.openxmlformats.org/officeDocument/2006/relationships/hyperlink" Target="https://eea.gd.gov.cn/attachment/0/621/621954/4940331.pdf" TargetMode="External"/><Relationship Id="rId24" Type="http://schemas.openxmlformats.org/officeDocument/2006/relationships/hyperlink" Target="https://eea.gd.gov.cn/attachment/0/621/621955/4940331.pdf" TargetMode="External"/><Relationship Id="rId25" Type="http://schemas.openxmlformats.org/officeDocument/2006/relationships/hyperlink" Target="https://eea.gd.gov.cn/attachment/0/621/621956/4940331.pdf" TargetMode="External"/><Relationship Id="rId26" Type="http://schemas.openxmlformats.org/officeDocument/2006/relationships/hyperlink" Target="https://eea.gd.gov.cn/attachment/0/621/621957/4940331.pdf" TargetMode="External"/><Relationship Id="rId27" Type="http://schemas.openxmlformats.org/officeDocument/2006/relationships/hyperlink" Target="https://eea.gd.gov.cn/attachment/0/621/621958/4940331.pdf" TargetMode="External"/><Relationship Id="rId28" Type="http://schemas.openxmlformats.org/officeDocument/2006/relationships/hyperlink" Target="https://eea.gd.gov.cn/attachment/0/621/621959/4940331.pdf" TargetMode="External"/><Relationship Id="rId29" Type="http://schemas.openxmlformats.org/officeDocument/2006/relationships/hyperlink" Target="https://eea.gd.gov.cn/attachment/0/621/621960/4940331.pdf" TargetMode="External"/><Relationship Id="rId30" Type="http://schemas.openxmlformats.org/officeDocument/2006/relationships/hyperlink" Target="https://eea.gd.gov.cn/attachment/0/621/621961/4940331.pdf" TargetMode="External"/><Relationship Id="rId31" Type="http://schemas.openxmlformats.org/officeDocument/2006/relationships/hyperlink" Target="https://eea.gd.gov.cn/attachment/0/621/621953/4940333.pdf" TargetMode="External"/><Relationship Id="rId32" Type="http://schemas.openxmlformats.org/officeDocument/2006/relationships/hyperlink" Target="https://eea.gd.gov.cn/attachment/0/621/621954/4940333.pdf" TargetMode="External"/><Relationship Id="rId33" Type="http://schemas.openxmlformats.org/officeDocument/2006/relationships/hyperlink" Target="https://eea.gd.gov.cn/attachment/0/621/621955/4940333.pdf" TargetMode="External"/><Relationship Id="rId34" Type="http://schemas.openxmlformats.org/officeDocument/2006/relationships/hyperlink" Target="https://eea.gd.gov.cn/attachment/0/621/621956/4940333.pdf" TargetMode="External"/><Relationship Id="rId35" Type="http://schemas.openxmlformats.org/officeDocument/2006/relationships/hyperlink" Target="https://eea.gd.gov.cn/attachment/0/621/621957/4940333.pdf" TargetMode="External"/><Relationship Id="rId36" Type="http://schemas.openxmlformats.org/officeDocument/2006/relationships/hyperlink" Target="https://eea.gd.gov.cn/attachment/0/621/621958/4940333.pdf" TargetMode="External"/><Relationship Id="rId37" Type="http://schemas.openxmlformats.org/officeDocument/2006/relationships/hyperlink" Target="https://eea.gd.gov.cn/attachment/0/621/621959/4940333.pdf" TargetMode="External"/><Relationship Id="rId38" Type="http://schemas.openxmlformats.org/officeDocument/2006/relationships/hyperlink" Target="https://eea.gd.gov.cn/attachment/0/621/621960/4940333.pdf" TargetMode="External"/><Relationship Id="rId39" Type="http://schemas.openxmlformats.org/officeDocument/2006/relationships/hyperlink" Target="https://eea.gd.gov.cn/attachment/0/621/621961/494033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