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关于领取2022年上半年自考毕业证书的通知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https://szeb.sz.gov.cn/szzkw/zkgg/zkxx1/content/post_10183159.html</w:t>
        </w:r>
      </w:hyperlink>
    </w:p>
    <w:p/>
    <w:p>
      <w:r>
        <w:t>各有关考生：</w:t>
      </w:r>
    </w:p>
    <w:p>
      <w:r>
        <w:t>根据省教育考试院工作安排，2022年上半年自考毕业审核工作已经结束，我市共有7734名考生获得大学专、本科文凭。现将有关毕业证领取事项通知如下：</w:t>
      </w:r>
    </w:p>
    <w:p>
      <w:r>
        <w:t>一、社会考生领取</w:t>
      </w:r>
    </w:p>
    <w:p>
      <w:r>
        <w:t>（一）中国邮政EMS同城邮寄</w:t>
      </w:r>
    </w:p>
    <w:p>
      <w:r>
        <w:t>根据我市疫情防控形势，为避免人员聚集，我办本次开通了中国邮政EMS同城邮寄服务。</w:t>
      </w:r>
    </w:p>
    <w:p>
      <w:r>
        <w:t>1.邮寄范围：因疫情原因，本次邮寄收件地址仅限深圳市内。毕业证邮寄服务以自愿为原则，邮寄申请必须由考生本人完成。邮费到付18元/件。</w:t>
      </w:r>
    </w:p>
    <w:p>
      <w:r>
        <w:t>2.申请时间：2022年10月24日至28日。</w:t>
      </w:r>
    </w:p>
    <w:p>
      <w:r>
        <w:t>3.申请流程：考生本人使用微信扫描“证书邮寄申请”二维码，填写地址和联系电话（手机），提出邮寄申请。我办将在考生申请邮寄后3至5个工作日内寄出。考生本人凭身份证原件及手机收到的【中国邮政】短信密码签收邮件。“证书邮寄申请”二维码如下：</w:t>
      </w:r>
    </w:p>
    <w:p>
      <w:r>
        <w:drawing>
          <wp:inline xmlns:a="http://schemas.openxmlformats.org/drawingml/2006/main" xmlns:pic="http://schemas.openxmlformats.org/drawingml/2006/picture">
            <wp:extent cx="3759199" cy="3759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60cdff71fa537d2797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9199" cy="3759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申请成功后，可通过以下方式查看订单详情及邮寄进度：扫描“证书邮寄申请”二维码（见上图），登录“自考毕业证书及档案寄递业务邮寄地址登记系统”，点击“详情”查看。</w:t>
      </w:r>
    </w:p>
    <w:p>
      <w:r>
        <w:t>4.注意事项：</w:t>
      </w:r>
    </w:p>
    <w:p>
      <w:r>
        <w:t>（1）为确保毕业证书安全准确投递，请申请人务必准确填写考生本人姓名、电话、地址等个人信息（注意收件人姓名要与毕业证上的名字一致，必须考生本人签收），投递期间保持电话畅通，若因填写信息有误导致毕业证书无法投递或遗失，责任由考生本人承担。</w:t>
      </w:r>
    </w:p>
    <w:p>
      <w:r>
        <w:t>（2）邮件中含有以下几项材料：考生本人档案袋（内装自考毕业证书、毕业生登记表、转递单、档案袋密封条）、毕业证封皮、领取毕业证说明。收到后请及时核对，如有疑问，请与我办联系，电话：0755-82197626。</w:t>
      </w:r>
    </w:p>
    <w:p>
      <w:r>
        <w:t>（二）现场领取</w:t>
      </w:r>
    </w:p>
    <w:p>
      <w:r>
        <w:t>未能申请邮寄的考生，可于10月31日后的工作日到我办一楼招考服务大厅领取（地址：罗湖区泥岗西路1068号）。个别急需使用毕业证的考生，可通过电话预约领证时间（电话：0755-82197626），我办将根据预约人数合理安排领取时间。现场领证的考生请做好个人防护措施，配合防疫检查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二、助学机构集体领取</w:t>
      </w:r>
    </w:p>
    <w:p>
      <w:r>
        <w:t>通过助学单位提交毕业材料的考生，毕业证书由助学单位集中发放，请考生直接与所在助学单位联系。集中发放毕业证书的助学单位如下：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3045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d11d08c5920a668d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0453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831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