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2026年下半年全国英语等级考试广东考区报考简章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https://eea.gd.gov.cn/shks/content/post_4918618.html</w:t>
        </w:r>
      </w:hyperlink>
    </w:p>
    <w:p/>
    <w:p>
      <w:r>
        <w:t>全国英语等级考试（以下简称PETS）是教育部教育考试院负责设计并实施的全国性英语水平考试体系。</w:t>
      </w:r>
    </w:p>
    <w:p>
      <w:r>
        <w:t>报考者不受年龄、学历、户籍等限制（但不面向仍在接受义务教育的学生），可根据本人实际情况，选考不同的级别，但一次只能报考一个级别。</w:t>
      </w:r>
    </w:p>
    <w:p>
      <w:r>
        <w:t>2026年下半年起，PETS全部级别使用《全国英语等级考试考试大纲（2025版）》，各级别笔试、口试时长均有调整。考生可登录中国教育考试网（网址：https://www.neea.edu.cn/）了解相关信息。</w:t>
      </w:r>
    </w:p>
    <w:p>
      <w:r>
        <w:t>一、考试科目及时间</w:t>
      </w:r>
    </w:p>
    <w:p>
      <w:r>
        <w:t>（一）笔试</w:t>
      </w:r>
    </w:p>
    <w:p>
      <w:r>
        <w:drawing>
          <wp:inline xmlns:a="http://schemas.openxmlformats.org/drawingml/2006/main" xmlns:pic="http://schemas.openxmlformats.org/drawingml/2006/picture">
            <wp:extent cx="5753100" cy="2679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f0d8a94858087a4e490cd1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67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（二）口试</w:t>
      </w:r>
    </w:p>
    <w:p>
      <w:r>
        <w:drawing>
          <wp:inline xmlns:a="http://schemas.openxmlformats.org/drawingml/2006/main" xmlns:pic="http://schemas.openxmlformats.org/drawingml/2006/picture">
            <wp:extent cx="6400800" cy="24215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86af042809e0b90f2f73ef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421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注：组织3级、4级口试的考点，可根据实际情况将2个场次的考生合并编排、</w:t>
      </w:r>
    </w:p>
    <w:p>
      <w:r>
        <w:t>组考，禁止入场时间按照场次1执行。时间安排以考生准考证标注信息为准。</w:t>
      </w:r>
    </w:p>
    <w:p>
      <w:r>
        <w:t>二、报名时间及方式</w:t>
      </w:r>
    </w:p>
    <w:p>
      <w:r>
        <w:t>2026年下半年PETS报名时间：2026年7月7日6:00至7月10日16:00。PETS实行网上报名和缴费。</w:t>
      </w:r>
    </w:p>
    <w:p>
      <w:r>
        <w:t>三、报考手续</w:t>
      </w:r>
    </w:p>
    <w:p>
      <w:r>
        <w:t>（一）报名</w:t>
      </w:r>
    </w:p>
    <w:p>
      <w:r>
        <w:t>1.注册ETEST通行证账号。报名须使用ETEST通行证账号。未注册考生须登录中国教育考试网（https://passport.neea.edu.cn）注册ETEST通行证账号。已注册考生无需再次注册，可直接使用原有账号报名。ETEST通行证账号在教育部教育考试院所有使用ETEST通行证的报名系统中通用。2026年7月2日9时起，考生可登录中国教育考试网PETS页面（http://pets.neea.edu.cn），填写个人信息并上传照片，做好PETS报名准备工作。</w:t>
      </w:r>
    </w:p>
    <w:p>
      <w:r>
        <w:t>2.报名。本次PETS报名时间为2026年7月7日6:00至7月10日16:00。考生须在报名时间内使用ETEST通行证账号，登录中国教育考试网PETS页面（http://pets.neea.edu.cn）点击“在线报名”进行报名。</w:t>
      </w:r>
    </w:p>
    <w:p>
      <w:r>
        <w:t>3.有效身份证件。考生报名可使用的有效身份证件包括：居民身份证（含临时身份证）、港澳居民来往内地通行证、台湾居民来往大陆通行证、护照、港澳台居民居住证。考生应注意，考试时所持身份证件必须与报名时一致，证件不一致者不允许参加考试。</w:t>
      </w:r>
    </w:p>
    <w:p>
      <w:r>
        <w:t>4.推荐浏览器：谷歌、火狐、IE9+、360浏览器（极速模式）。</w:t>
      </w:r>
    </w:p>
    <w:p>
      <w:r>
        <w:t>（二）缴费</w:t>
      </w:r>
    </w:p>
    <w:p>
      <w:r>
        <w:t>考生须在报名后24小时内完成缴费，逾期未缴费的，报名无效，考位不予保留。报名时未一次性完成缴费的考生，可在提交报名后24小时内登录报名网站继续缴费。报名网站支持支付宝及网上银行缴费（务必使用推荐浏览器）。</w:t>
      </w:r>
    </w:p>
    <w:p>
      <w:r>
        <w:t>缴费成功后，只能修改部分个人信息，考试地点、考试级别、考试科目等信息不可修改。如发现个人信息错误，可在报名结束前登录报名网站进行修改，逾期将无法修改。</w:t>
      </w:r>
    </w:p>
    <w:p>
      <w:r>
        <w:t>按照教育部教育考试院相关规定，考生须对报考信息的真实和准确负责。因考生个人原因造成的考点、级别、科目填报错误，或者考试当天无法参加考试的，不予退费。</w:t>
      </w:r>
    </w:p>
    <w:p>
      <w:r>
        <w:t>（三）准考证打印</w:t>
      </w:r>
    </w:p>
    <w:p>
      <w:r>
        <w:t>完成报名及缴费的考生，可自2026年9月7日9时起，登录中国教育考试网PETS页面下载、打印准考证。</w:t>
      </w:r>
    </w:p>
    <w:p>
      <w:r>
        <w:t>四、成绩与证书</w:t>
      </w:r>
    </w:p>
    <w:p>
      <w:r>
        <w:t>考试成绩分合格和不合格两档。笔试得分60分以上（含60分）为合格，口试得分3分以上（含3分）为合格。一次考试中无论成绩合格与否，考生均可在中国教育考试网下载、打印“全国英语等级考试成绩通知单”。</w:t>
      </w:r>
    </w:p>
    <w:p>
      <w:r>
        <w:t>考生如对考试成绩有疑问，须在成绩公布后5个工作日内向考点提出复查申请，逾期不予受理。复查工作结束后，复查结果由考点告知考生。</w:t>
      </w:r>
    </w:p>
    <w:p>
      <w:r>
        <w:t>同一次考试或相邻两次考试（报考的姓名和证件号码均一致）中，相同级别的笔试和口试成绩均合格的考生，可以获得由教育部教育考试院核发的相应级别的《全国英语等级考试合格证书》。自2021年3月考试起，不再发放纸质证书，考生可登录中国教育考试网“证书查询”页面下载、打印证书，该电子证书效力等同于纸质证书。</w:t>
      </w:r>
    </w:p>
    <w:p>
      <w:r>
        <w:t>五、注意事项</w:t>
      </w:r>
    </w:p>
    <w:p>
      <w:r>
        <w:t>（一）报名期间，考生登录报名网站后可查询并选择本次可报考考点，考点可接受的考生数量有限，额满即止。</w:t>
      </w:r>
    </w:p>
    <w:p>
      <w:r>
        <w:t>（二）考生缴费时间不得超过提交报名后的24小时。</w:t>
      </w:r>
    </w:p>
    <w:p>
      <w:r>
        <w:t>（三）听力残疾考生完成报名后可申请笔试听力部分免考，具体指引见附件。</w:t>
      </w:r>
    </w:p>
    <w:p>
      <w:r>
        <w:t>（四）考生入场考试时必须主动出示准考证、报名时使用的有效身份证件，并自觉接受考点身份核对，同时自备黑色字迹签字笔、2B铅笔和橡皮。</w:t>
      </w:r>
    </w:p>
    <w:p>
      <w:r>
        <w:t>（五）考试过程中如有以下及其他《国家教育考试违规处理办法（33号令）》中认定的考试违纪行为，取消其所报考的当次考试成绩（笔试和口试）：</w:t>
      </w:r>
    </w:p>
    <w:p>
      <w:r>
        <w:t>1.答题卡中姓名、准考证号漏涂、错涂或字迹不清无法辨认的。</w:t>
      </w:r>
    </w:p>
    <w:p>
      <w:r>
        <w:t>2.PETS-1、2、3级笔试考试中，未将试题册封面条形码粘贴至答题卡上规定位置，以及错贴、漏贴、损毁条形码等情况的。</w:t>
      </w:r>
    </w:p>
    <w:p>
      <w:r>
        <w:t>3.需使用耳机的考点，考生听力考试时不戴耳机的；非听力考试时间，考生佩戴耳机的。</w:t>
      </w:r>
    </w:p>
    <w:p>
      <w:r>
        <w:t>（六）考试过程中如有《国家教育考试违规处理办法(33号令)》中认定的考试作弊行为，取消其所报考的当次考试成绩（笔试和口试），并自下次考试开始连续两次禁止其报考全国英语等级考试。</w:t>
      </w:r>
    </w:p>
    <w:p>
      <w:r>
        <w:t>六、考点联系方式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考点代码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考点名称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地址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咨询电话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广州市贸易职业高级中学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广州市越秀区中山六路瑞兴新街7号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020-83370467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440124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广州市南沙区岭东职业技术学校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广州市南沙区大岗镇兴业路422号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020-84999906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440170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广州市白云行知职业技术学校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广州市白云区同和街握山北东街五巷16号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020-37386174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440187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广州市天河职业高级中学（棠德校区）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广州市天河区棠下棠德路121号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020-37234727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440188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广州市旅游商务职业学校（石溪校区）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广州市海珠区新滘西路9号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020-84350852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440189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广州市信息技术职业学校（科教城校区）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广州市增城区科德大道82号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020-87206188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440190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广州市白云区太和镇兴太三路638号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020-87478449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440193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广州华立学院（广州校区）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广州市增城区广州华立科技园华立路11号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020-26246804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440194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广东工程职业技术学院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广州市天河区凤凰街道渔沙坦渔兴路18号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020-37395075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440195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广东省食品药品职业技术学校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广州市天河区大观街639号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020-82356227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440306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深圳市南山区留仙大道7098号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0755-26019721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深圳市龙岗中等专业学校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深圳市龙岗区清林中路219号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0755-28924141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深圳市第一职业技术学校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深圳市福田区福中路13号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0755-83942925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440344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深圳市宝安职业技术学校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深圳市宝安教育城学子路4号（北2门）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0755-27590357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440355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深圳市第二职业技术学校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深圳市光明区光侨大道3409号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0755-81738666-6315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440366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深圳市龙岗区第二职业技术学校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深圳市龙岗区园山街道横坪路269号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0755-89383593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440377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深圳开放大学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深圳市罗湖区解放路4006号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0755-82116766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440388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深圳市奋达职业技术学校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深圳市宝安区石岩街道洲石路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0755-29686442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440390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深圳市华强职业技术学校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深圳市福田区红荔西路景田南4街1号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0755-83904046-425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440395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深圳市博伦职业技术学校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深圳市南山区南博二路28号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0755-84354555-8210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440399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深圳市行知职业技术学校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深圳市罗湖区北斗路文华花园20号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0755-25114678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440413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珠海市卫生学校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珠海市香洲区拱北粤华路210号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0756-6296180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440503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汕头市金平区大学路243号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0754-86502623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440514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汕头市林百欣科学技术中等专业学校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汕头市嵩山路69号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0754-83960690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440612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佛山市顺德区中等专业学校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佛山市顺德区大良街道红岗桃源路3号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0757-22623582转6202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440613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佛山市华材职业技术学校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佛山市禅城区丝织路25号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0757-82135733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440623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佛山市顺德区胡锦超职业技术学校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佛山市顺德区容桂街道文明西路40号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0757-28378129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440627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佛山市顺德区梁銶琚职业技术学校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佛山市顺德区大良街道南国西路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0757-22661080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440630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佛山市顺德区陈村职业技术学校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佛山市顺德区陈村镇华林路2号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0757-23322513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440633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佛山市顺德区陈登职业技术学校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佛山市顺德区乐从镇乐从大道东B1号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0757-28911969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440641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佛山市南海区理工职业技术学校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佛山市南海区盐步河东中心路2号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0757-85780724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440715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江门市第一职业高级中学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江门市蓬江区胜利北路40号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0750-3281448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440726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广东江门中医药职业学院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江门市蓬江区龙湾路4号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0750-3508726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441501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汕尾职业技术学院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汕尾市城区文德路北段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0660-3386863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441801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清远工贸职业技术学校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清远市东城学府路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0763-3930670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441903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广东科技学院（南城校区）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东莞市南城街道西湖路99号广东科技学院北门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0769-86211620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441910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东莞市经济贸易学校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东莞市莞城街道学院路287号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0769-23100823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441912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东莞市横沥镇职教路2号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0769-27281380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441914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东莞市商业学校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东莞市东城街道新源路23号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0769-22661911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441915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东莞市电子科技学校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东莞市塘厦镇环市南路2号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0769-86050152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441920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东莞市纺织服装学校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东莞市虎门镇威远环岛路353号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0769-85569662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445211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揭阳市综合中等专业学校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揭阳市榕城区渔湖街道发展大道南段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0663-8783490</w:t>
            </w:r>
          </w:p>
        </w:tc>
      </w:tr>
    </w:tbl>
    <w:p/>
    <w:p>
      <w:r>
        <w:t>七、PETS机考</w:t>
      </w:r>
    </w:p>
    <w:p>
      <w:r>
        <w:t>2026年下半年我省在广州、佛山部分考点开设PETS机考(含听说读写4个部分)，开考级别为一级，报名时间为7月6日9时至7月8日16时，考试时间为9月13日。报考手续与纸笔考试相同。考生可在PETS网站“模拟练习”页面（https://resource.neea.edu.cn/project/petsmock/index.html#/）提前了解机考流程。机考咨询电话：广州市招办：020-83868090；佛山市招办：0757-83380865，0757-83205077。</w:t>
      </w:r>
    </w:p>
    <w:p>
      <w:r>
        <w:t>附件：听力残疾考生申请PETS听力免考指引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听力残疾考生申请PETS听力免考指引</w:t>
        </w:r>
      </w:hyperlink>
    </w:p>
    <w:p>
      <w:r>
        <w:rPr>
          <w:sz w:val="16"/>
        </w:rPr>
        <w:t>https://eea.gd.gov.cn/attachment/0/618/618596/4918618.pdf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91861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eea.gd.gov.cn/attachment/0/618/618596/49186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