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深圳市招生考试办公室试卷保密室新风系统建设项目（项目编号：1371-2040GHSZ1010）招标公告</w:t>
      </w:r>
    </w:p>
    <w:p>
      <w:r>
        <w:rPr>
          <w:sz w:val="18"/>
        </w:rPr>
        <w:t>整理归属  深圳市招生考试办公室</w:t>
      </w:r>
    </w:p>
    <w:p>
      <w:r>
        <w:rPr>
          <w:sz w:val="18"/>
        </w:rPr>
        <w:t>发布日期  2020-03-02</w:t>
      </w:r>
    </w:p>
    <w:p>
      <w:r>
        <w:rPr>
          <w:sz w:val="18"/>
        </w:rPr>
        <w:t>来源  深圳市招生考试办公室官网</w:t>
      </w:r>
    </w:p>
    <w:p>
      <w:r>
        <w:rPr>
          <w:sz w:val="18"/>
        </w:rPr>
        <w:t>栏目  其他信息</w:t>
      </w:r>
    </w:p>
    <w:p>
      <w:r>
        <w:rPr>
          <w:sz w:val="18"/>
        </w:rPr>
        <w:t>存档日期  2026-10-27</w:t>
      </w:r>
    </w:p>
    <w:p>
      <w:r>
        <w:t xml:space="preserve">原文链接  </w:t>
      </w:r>
      <w:hyperlink r:id="rId10">
        <w:r>
          <w:rPr>
            <w:color w:val="18548A"/>
          </w:rPr>
          <w:t>https://szeb.sz.gov.cn/szzkw/qtxx/content/post_8948972.html</w:t>
        </w:r>
      </w:hyperlink>
    </w:p>
    <w:p/>
    <w:p>
      <w:r>
        <w:t>广东国和采购咨询有限公司（以下简称“采购代理机构”）受深圳市招生考试办公室（以下简称“采购人”）的委托，对深圳市招生考试办公室试卷保密室新风系统建设项目进行公开招标采购，欢迎符合资格条件的投标人参加投标。有关事项如下：</w:t>
      </w:r>
    </w:p>
    <w:p>
      <w:r>
        <w:t>一、 采购项目编号：1371-2040GHSZ1010</w:t>
      </w:r>
    </w:p>
    <w:p>
      <w:r>
        <w:t>二、 采购项目名称：深圳市招生考试办公室试卷保密室新风系统建设项目</w:t>
      </w:r>
    </w:p>
    <w:p>
      <w:r>
        <w:t>三、 采购项目预算：人民币400000元</w:t>
      </w:r>
    </w:p>
    <w:p>
      <w:r>
        <w:t>四、 采购数量：1批</w:t>
      </w:r>
    </w:p>
    <w:p>
      <w:r>
        <w:t>五、 项目内容及需求：</w:t>
      </w:r>
    </w:p>
    <w:p>
      <w:r>
        <w:t>1. 项目内容：试卷保密室新风系统建设</w:t>
      </w:r>
    </w:p>
    <w:p>
      <w:r>
        <w:t>2. 简要技术要求或招标项目的性质：详细内容请参阅招标文件第二章《采购项目内容》。</w:t>
      </w:r>
    </w:p>
    <w:p>
      <w:r>
        <w:t>3. 本项目只允许采购本国产品（本国产品是指不需要通过中国海关报关验放已在中国境内且产自关境内的产品）。</w:t>
      </w:r>
    </w:p>
    <w:p>
      <w:r>
        <w:t>4. 本项目为一个整体，投标人须对全部内容进行投标，不得分拆。</w:t>
      </w:r>
    </w:p>
    <w:p>
      <w:r>
        <w:t>六、 投标人资格：</w:t>
      </w:r>
    </w:p>
    <w:p>
      <w:r>
        <w:t>1. 具有独立承担民事责任能力的在中华人民共和国境内登记注册的法人或其他组织营业执照（或单位登记证书等相关证明材料）；</w:t>
      </w:r>
    </w:p>
    <w:p>
      <w:r>
        <w:t>2. 具有深圳市政府采购注册供应商资格（供应商注册网址：http://cgzx.sz.gov.cn，由采购代理机构进行集中查询，投标文件中无需提供证明材料；采购代理机构将在开标当天从供应商资料库里查询本项目所有投标供应商的注册状态，投标供应商注册状态无效的，将按资格不符合招标文件要求，作资格审查不通过处理）；</w:t>
      </w:r>
    </w:p>
    <w:p>
      <w:r>
        <w:t>3. 参加投标的供应商未被列入记录失信被执行人或重大税收违法案件当事人名单或政府采购严重违法失信行为”记录名单；不处于“政府采购严重违法失信行为信息记录”中的禁止参加政府采购活动期间。（以采购人或采购代理投标截止日“信用中国”网站（www.creditchina.gov.cn）、中国政府采购网（www.ccgp.gov.cn）、深圳市政府采购监督管理网（www.zfcg.sz.gov.cn）、深圳政府采购网（cgzx.sz.gov.cn）、深圳信用网（www.szcredit.org.cn）等渠道查询结果为准，如相关失信记录已失效，供应商需提供相关证明资料）；</w:t>
      </w:r>
    </w:p>
    <w:p>
      <w:r>
        <w:t>4. 投标人投标文件中必须签署《政府采购投标及履约承诺函》；</w:t>
      </w:r>
    </w:p>
    <w:p>
      <w:r>
        <w:t>5. 本项目不接受联合体投标，不允许转包、分包，不接受投标人选用进口产品参与投标；</w:t>
      </w:r>
    </w:p>
    <w:p>
      <w:r>
        <w:t>6. 已购买本项目招标文件。</w:t>
      </w:r>
    </w:p>
    <w:p>
      <w:r>
        <w:t>七、 购买招标文件须知</w:t>
      </w:r>
    </w:p>
    <w:p>
      <w:r>
        <w:t>1. 投标人购买招标文件时，需提供以下资料：</w:t>
      </w:r>
    </w:p>
    <w:p>
      <w:r>
        <w:t>（1）营业执照（或单位登记证书等）复印件；</w:t>
      </w:r>
    </w:p>
    <w:p>
      <w:r>
        <w:t>（2）法定代表人证明书及授权委托书，附上法定代表人身份证复印件及授权代表身份证复印件；</w:t>
      </w:r>
    </w:p>
    <w:p>
      <w:r>
        <w:t>（3）《购买文件登记表》。</w:t>
      </w:r>
    </w:p>
    <w:p>
      <w:r>
        <w:t>2. 为了提高工作效率，供应商可先到采购代理机构网站（http://www.zgguohe.com）下载中心免费下载《购买文件登记表及账户信息（深圳）》及《法定代表人证明书及授权委托书》。</w:t>
      </w:r>
    </w:p>
    <w:p>
      <w:r>
        <w:t>3. 如需邮购，建议通过“电汇转账”或“微信扫码支付”等非现场方式购买招标文件。投标人在完成支付后，需将上述购买文件所需资料及支付凭证（电汇底单或微信支付界面截图）扫描发送到采购代理机构，并与采购代理机构相关人员确认。微信二维码详见《购买文件登记表及账户信息（深圳）》。</w:t>
      </w:r>
    </w:p>
    <w:p>
      <w:r>
        <w:t>4. 购买招标文件开户行名称及账号</w:t>
      </w:r>
    </w:p>
    <w:p>
      <w:r>
        <w:t>（1）开户银行：工行深圳高新园支行</w:t>
      </w:r>
    </w:p>
    <w:p>
      <w:r>
        <w:t>（2）账户名称：广东国和采购咨询有限公司</w:t>
      </w:r>
    </w:p>
    <w:p>
      <w:r>
        <w:t>（3）账 号：4000091919100467041</w:t>
      </w:r>
    </w:p>
    <w:p>
      <w:r>
        <w:t>采购代理机构只接受以投标人名义的汇款，不接受个人的汇款及其它款项。</w:t>
      </w:r>
    </w:p>
    <w:p>
      <w:r>
        <w:t>5. 已成功购买招标文件的投标人参加投标的，不代表通过资格性审查。</w:t>
      </w:r>
    </w:p>
    <w:p>
      <w:r>
        <w:t>八、 符合资格的投标人应当在2020年3月2日起至2020年3月9日期间（工作日北京时间上午9：00-12：00时，下午14：00-17：00时，法定节假日除外）到广东国和采购咨询有限公司深圳分部（详细地址：深圳市南山区高新南一道赋安科技大厦B座205）购买招标文件，招标文件每套售价500元（人民币），售后不退。</w:t>
      </w:r>
    </w:p>
    <w:p>
      <w:r>
        <w:t>九、 答疑事项：2020年3月9日下午17:00前凡对招标文件的疑问以书面形式（包括认为招标文件的技术指标或参数存在排他性或歧视性条款）加盖单位公章送达我司，逾期不予受理。</w:t>
      </w:r>
    </w:p>
    <w:p>
      <w:r>
        <w:t>十、 投标截止时间：2020年3月10日9时30分</w:t>
      </w:r>
    </w:p>
    <w:p>
      <w:r>
        <w:t>十一、 提交投标文件地点：广东国和采购咨询有限公司深圳分部会议室（详细地址：深圳市南山区高新南一道赋安科技大厦B座205会议室）</w:t>
      </w:r>
    </w:p>
    <w:p>
      <w:r>
        <w:t>十二、 开标时间：2020年3月10日9时30分</w:t>
      </w:r>
    </w:p>
    <w:p>
      <w:r>
        <w:t>十三、 开标地点：广东国和采购咨询有限公司深圳分部会议室（深圳市南山区高新南一道赋安科技大厦B座205会议室）</w:t>
      </w:r>
    </w:p>
    <w:p>
      <w:r>
        <w:t>十四、 本公告期限：自2020年3月2日至2020年3月9日止五个工作日。</w:t>
      </w:r>
    </w:p>
    <w:p>
      <w:r>
        <w:t>十五、 联系事项：</w:t>
      </w:r>
    </w:p>
    <w:p>
      <w:r>
        <w:t>采购人：深圳市招生考试办公室</w:t>
      </w:r>
    </w:p>
    <w:p>
      <w:r>
        <w:t>地址：深圳市罗湖区坭岗西路1068号</w:t>
      </w:r>
    </w:p>
    <w:p>
      <w:r>
        <w:t>联系人：成老师</w:t>
      </w:r>
    </w:p>
    <w:p>
      <w:r>
        <w:t>联系电话：0755-82176753</w:t>
      </w:r>
    </w:p>
    <w:p>
      <w:r>
        <w:t>采购代理机构：广东国和采购咨询有限公司</w:t>
      </w:r>
    </w:p>
    <w:p>
      <w:r>
        <w:t>地址：深圳市南山区高新南一道赋安科技大厦B座205</w:t>
      </w:r>
    </w:p>
    <w:p>
      <w:r>
        <w:t>联系人：吴小姐、王小姐</w:t>
      </w:r>
    </w:p>
    <w:p>
      <w:r>
        <w:t>电话：0755-86539767</w:t>
      </w:r>
    </w:p>
    <w:p>
      <w:r>
        <w:t>传真：0755-86968551</w:t>
      </w:r>
    </w:p>
    <w:p>
      <w:r>
        <w:t>邮编：518000</w:t>
      </w:r>
    </w:p>
    <w:p>
      <w:r>
        <w:t>广东国和采购咨询有限公司</w:t>
      </w:r>
    </w:p>
    <w:p>
      <w:r>
        <w:t>2020年3月2日</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qtxx/content/post_8948972.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