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关于公布2027年1月广东省自学考试开考课程考试时间安排和使用教材的通知</w:t>
      </w:r>
    </w:p>
    <w:p>
      <w:r>
        <w:rPr>
          <w:sz w:val="18"/>
        </w:rPr>
        <w:t>整理归属  深圳市招生考试办公室</w:t>
      </w:r>
    </w:p>
    <w:p>
      <w:r>
        <w:rPr>
          <w:sz w:val="18"/>
        </w:rPr>
        <w:t>发布日期  2026-08-10</w:t>
      </w:r>
    </w:p>
    <w:p>
      <w:r>
        <w:rPr>
          <w:sz w:val="18"/>
        </w:rPr>
        <w:t>来源  深圳市招生考试办公室官网</w:t>
      </w:r>
    </w:p>
    <w:p>
      <w:r>
        <w:rPr>
          <w:sz w:val="18"/>
        </w:rPr>
        <w:t>栏目  自考教材</w:t>
      </w:r>
    </w:p>
    <w:p>
      <w:r>
        <w:rPr>
          <w:sz w:val="18"/>
        </w:rPr>
        <w:t>存档日期  2026-10-27</w:t>
      </w:r>
    </w:p>
    <w:p>
      <w:r>
        <w:t xml:space="preserve">原文链接  </w:t>
      </w:r>
      <w:hyperlink r:id="rId10">
        <w:r>
          <w:rPr>
            <w:color w:val="18548A"/>
          </w:rPr>
          <w:t>https://szeb.sz.gov.cn/szzkw/zkcx/zxks/zkjc/content/post_12930850.html</w:t>
        </w:r>
      </w:hyperlink>
    </w:p>
    <w:p>
      <w:r>
        <w:t xml:space="preserve">同文来源  </w:t>
      </w:r>
      <w:hyperlink r:id="rId11">
        <w:r>
          <w:rPr>
            <w:color w:val="18548A"/>
          </w:rPr>
          <w:t>https://szeb.sz.gov.cn/szzkw/zkcx/zxks/kkkcksap/content/post_12930849.html</w:t>
        </w:r>
      </w:hyperlink>
    </w:p>
    <w:p>
      <w:r>
        <w:t xml:space="preserve">同文来源  </w:t>
      </w:r>
      <w:hyperlink r:id="rId12">
        <w:r>
          <w:rPr>
            <w:color w:val="18548A"/>
          </w:rPr>
          <w:t>https://szeb.sz.gov.cn/szzkw/qt/tzgg/content/post_12929481.html</w:t>
        </w:r>
      </w:hyperlink>
    </w:p>
    <w:p>
      <w:r>
        <w:t xml:space="preserve">同文来源  </w:t>
      </w:r>
      <w:hyperlink r:id="rId13">
        <w:r>
          <w:rPr>
            <w:color w:val="18548A"/>
          </w:rPr>
          <w:t>https://szeb.sz.gov.cn/szzkw/zkgg/zkxx1/content/post_12929477.html</w:t>
        </w:r>
      </w:hyperlink>
    </w:p>
    <w:p/>
    <w:p>
      <w:r>
        <w:t>粤考办〔2026〕16号</w:t>
      </w:r>
    </w:p>
    <w:p>
      <w:r>
        <w:t>各地级以上市自学考试办公室，各主考学校：</w:t>
      </w:r>
    </w:p>
    <w:p>
      <w:r>
        <w:t>现将2027年1月我省自学考试开考课程考试时间安排和使用教材公布如下，请提前做好相关工作。</w:t>
      </w:r>
    </w:p>
    <w:p>
      <w:r>
        <w:t>一、考试时间及课程安排</w:t>
      </w:r>
    </w:p>
    <w:p>
      <w:r>
        <w:t>（一）考试时间：2027年1月9—10日。</w:t>
      </w:r>
    </w:p>
    <w:p>
      <w:r>
        <w:t>（二）各专业开考课程具体时间安排详见附件1。</w:t>
      </w:r>
    </w:p>
    <w:p>
      <w:r>
        <w:t>二、教材及有关情况</w:t>
      </w:r>
    </w:p>
    <w:p>
      <w:r>
        <w:t>（一）各门开考课程使用教材详见附件2。</w:t>
      </w:r>
    </w:p>
    <w:p>
      <w:r>
        <w:t>（二）由于社会的不断发展，部分政策、法律法规将会作出相应调整和改变，截至考试之日的前6个月由全国人大制定或修改的法律以及国务院制定或修改的法规列入相应课程的考试范围。凡大纲、教材内容与现行法律法规不符的，以现行法律法规为准。如涉及大纲、教材的调整变化，相关情况将另行通知。</w:t>
      </w:r>
    </w:p>
    <w:p>
      <w:r>
        <w:t>三、其他事项</w:t>
      </w:r>
    </w:p>
    <w:p>
      <w:r>
        <w:t>（一）监狱学（专业代码030103T，专升本）为委托开考专业，仅接受通过广东省司法厅指定单位资格审核的限定对象报考，考生未按要求报考的，责任由考生自行承担。</w:t>
      </w:r>
    </w:p>
    <w:p>
      <w:r>
        <w:t>（二）2027年4月、10月高等教育自学考试开考课程另文公布。</w:t>
      </w:r>
    </w:p>
    <w:p>
      <w:r>
        <w:t>（三）请各地市自考办、主考学校做好相关工作。</w:t>
      </w:r>
    </w:p>
    <w:p>
      <w:r>
        <w:t>附件：</w:t>
      </w:r>
    </w:p>
    <w:p>
      <w:r>
        <w:t>1.2027年1月广东省高等教育自学考试开考课程考试时间安排表（一）（二）</w:t>
      </w:r>
    </w:p>
    <w:p>
      <w:r>
        <w:t>2.2027年1月广东省高等教育自学考试开考课程使用教材表</w:t>
      </w:r>
    </w:p>
    <w:p>
      <w:r>
        <w:t>广东省自学考试委员会办公室</w:t>
      </w:r>
    </w:p>
    <w:p>
      <w:r>
        <w:t>2026年8月4日</w:t>
      </w:r>
    </w:p>
    <w:p>
      <w:r>
        <w:t>来源：广东省教育考试院</w:t>
      </w:r>
    </w:p>
    <w:p>
      <w:r>
        <w:t>附件1-2.pdf</w:t>
      </w:r>
    </w:p>
    <w:p>
      <w:pPr>
        <w:pStyle w:val="Heading1"/>
      </w:pPr>
      <w:r>
        <w:t>附件及下载链接</w:t>
      </w:r>
    </w:p>
    <w:p>
      <w:hyperlink r:id="rId14">
        <w:r>
          <w:rPr>
            <w:color w:val="18548A"/>
          </w:rPr>
          <w:t>附件1-2.pdf</w:t>
        </w:r>
      </w:hyperlink>
    </w:p>
    <w:p>
      <w:r>
        <w:rPr>
          <w:sz w:val="16"/>
        </w:rPr>
        <w:t>https://szeb.sz.gov.cn/attachment/1/1738/1738297/12930850.pdf</w:t>
      </w:r>
    </w:p>
    <w:p>
      <w:pPr>
        <w:pStyle w:val="Heading1"/>
      </w:pPr>
      <w:r>
        <w:t>正文相关链接</w:t>
      </w:r>
    </w:p>
    <w:p>
      <w:hyperlink r:id="rId15">
        <w:r>
          <w:rPr>
            <w:color w:val="18548A"/>
          </w:rPr>
          <w:t>附件1-2.pdf</w:t>
        </w:r>
      </w:hyperlink>
    </w:p>
    <w:p>
      <w:r>
        <w:t>https://szeb.sz.gov.cn/attachment/1/1738/1738297/12930849.pdf</w:t>
      </w:r>
    </w:p>
    <w:p>
      <w:hyperlink r:id="rId16">
        <w:r>
          <w:rPr>
            <w:color w:val="18548A"/>
          </w:rPr>
          <w:t>附件1-2.pdf</w:t>
        </w:r>
      </w:hyperlink>
    </w:p>
    <w:p>
      <w:r>
        <w:t>https://szeb.sz.gov.cn/attachment/1/1738/1738297/12929481.pdf</w:t>
      </w:r>
    </w:p>
    <w:p>
      <w:hyperlink r:id="rId17">
        <w:r>
          <w:rPr>
            <w:color w:val="18548A"/>
          </w:rPr>
          <w:t>附件1-2.pdf</w:t>
        </w:r>
      </w:hyperlink>
    </w:p>
    <w:p>
      <w:r>
        <w:t>https://szeb.sz.gov.cn/attachment/1/1738/1738297/12929477.pdf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cx/zxks/zkjc/content/post_12930850.html" TargetMode="External"/><Relationship Id="rId11" Type="http://schemas.openxmlformats.org/officeDocument/2006/relationships/hyperlink" Target="https://szeb.sz.gov.cn/szzkw/zkcx/zxks/kkkcksap/content/post_12930849.html" TargetMode="External"/><Relationship Id="rId12" Type="http://schemas.openxmlformats.org/officeDocument/2006/relationships/hyperlink" Target="https://szeb.sz.gov.cn/szzkw/qt/tzgg/content/post_12929481.html" TargetMode="External"/><Relationship Id="rId13" Type="http://schemas.openxmlformats.org/officeDocument/2006/relationships/hyperlink" Target="https://szeb.sz.gov.cn/szzkw/zkgg/zkxx1/content/post_12929477.html" TargetMode="External"/><Relationship Id="rId14" Type="http://schemas.openxmlformats.org/officeDocument/2006/relationships/hyperlink" Target="https://szeb.sz.gov.cn/attachment/1/1738/1738297/12930850.pdf" TargetMode="External"/><Relationship Id="rId15" Type="http://schemas.openxmlformats.org/officeDocument/2006/relationships/hyperlink" Target="https://szeb.sz.gov.cn/attachment/1/1738/1738297/12930849.pdf" TargetMode="External"/><Relationship Id="rId16" Type="http://schemas.openxmlformats.org/officeDocument/2006/relationships/hyperlink" Target="https://szeb.sz.gov.cn/attachment/1/1738/1738297/12929481.pdf" TargetMode="External"/><Relationship Id="rId17" Type="http://schemas.openxmlformats.org/officeDocument/2006/relationships/hyperlink" Target="https://szeb.sz.gov.cn/attachment/1/1738/1738297/1292947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