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“3+证书”考生如何查询录取结果？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https://eea.gd.gov.cn/dawenku/ksbk/content/post_4873454.html</w:t>
        </w:r>
      </w:hyperlink>
    </w:p>
    <w:p/>
    <w:p>
      <w:r>
        <w:t>“依学考录取”“3+证书”考试投档录取结束后，考生可登录广东省教育考试院官微小程序查询是否被录取。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8734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