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2026年10月广东省高等教育自学考试开考课程考试时间安排表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2026-01-30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https://szeb.sz.gov.cn/szzkw/zkcx/zxks/kkkcksap/content/post_12625466.html</w:t>
        </w:r>
      </w:hyperlink>
    </w:p>
    <w:p/>
    <w:p>
      <w:r>
        <w:t>详见附件。</w:t>
      </w:r>
    </w:p>
    <w:p>
      <w:r>
        <w:t>2026年10月广东省高等教育自学考试开考课程考试时间安排表.doc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2026年10月广东省高等教育自学考试开考课程考试时间安排表.doc</w:t>
        </w:r>
      </w:hyperlink>
    </w:p>
    <w:p>
      <w:r>
        <w:rPr>
          <w:sz w:val="16"/>
        </w:rPr>
        <w:t>https://szeb.sz.gov.cn/attachment/1/1677/1677773/12625466.doc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12625466.html" TargetMode="External"/><Relationship Id="rId11" Type="http://schemas.openxmlformats.org/officeDocument/2006/relationships/hyperlink" Target="https://szeb.sz.gov.cn/attachment/1/1677/1677773/12625466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