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深圳市招生考试办公室关于调整疫情防控措施的通告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2022-01-10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https://szeb.sz.gov.cn/szzkw/qtxx/content/post_9511107.html</w:t>
        </w:r>
      </w:hyperlink>
    </w:p>
    <w:p/>
    <w:p>
      <w:r>
        <w:t>各位办事群众：</w:t>
      </w:r>
    </w:p>
    <w:p>
      <w:r>
        <w:t>根据疫情防控工作需要，为切实降低窗口人员密集场所病毒传播风险，保障办事群众的生命安全和身体健康，经研究，从2022年1月10日起，我办招考服务大厅实施提级管理，现就有关事项通告如下：</w:t>
      </w:r>
    </w:p>
    <w:p>
      <w:r>
        <w:t>一、请所有前来我办的办事群众在正门入口处出示健康码、行程码，并测量体温正常后方可进入。</w:t>
      </w:r>
    </w:p>
    <w:p>
      <w:r>
        <w:t>二、若行程码上带*号的或曾前往中高风险地区的，须提供48小时内核酸检测阴性证明；健康码异常、行程码异常、未佩戴口罩或有发热、咳嗽等症状的人员，不得进入。</w:t>
      </w:r>
    </w:p>
    <w:p>
      <w:r>
        <w:t>三、进入招考服务大厅时，请全程佩戴口罩，切勿聚集；在排队办事时严格保持“一米线”安全距离，在等候就坐时请尽量保持隔位就坐。</w:t>
      </w:r>
    </w:p>
    <w:p>
      <w:r>
        <w:t>四、如疫情防控政策调整，请以最新的防疫政策为准，我办疫情防控措施也将按照辖区部署进行动态调整。</w:t>
      </w:r>
    </w:p>
    <w:p>
      <w:r>
        <w:t>因疫情防控给您造成不便，敬请谅解！</w:t>
      </w:r>
    </w:p>
    <w:p>
      <w:r>
        <w:t>特此通告</w:t>
      </w:r>
    </w:p>
    <w:p>
      <w:r>
        <w:t>深圳市招生考试办公室</w:t>
      </w:r>
    </w:p>
    <w:p>
      <w:r>
        <w:t>2022年1月10日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5111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