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2020年4月自学考试延期考试温馨提示（三）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https://szeb.sz.gov.cn/szzkw/zkgg/zkxx1/content/post_8949672.html</w:t>
        </w:r>
      </w:hyperlink>
    </w:p>
    <w:p/>
    <w:p>
      <w:r>
        <w:t>2020年4月自考延考将于8月1日至2日（周六、日）举行。我市将有144277名考生参加332527科次考试，在9个区共安排了104个考点。目前各项考务工作准备就绪。</w:t>
      </w:r>
    </w:p>
    <w:p>
      <w:r>
        <w:t>一、考生自行打印准考证</w:t>
      </w:r>
    </w:p>
    <w:p>
      <w:r>
        <w:t>我省自学考试实行网上自行打印准考证，考生可在考前登录广东省自学考试管理系统（https://www.eeagd.edu.cn/selfec）自行打印（原卡片式准考证不再作为参加考试的凭证）。打印准考证时务必严格按照要求，登录系统后点击【下载准考证】按钮下载准考证PDF文件并打印，不得用打印截图、网页等方式替代，不得在纸质准考证上（包括正面、背面）做任何标记。自行打印的准考证上将标明本次考试座位安排信息，建议广大考生尽早打印，妥善保管，以免影响参加考试。</w:t>
      </w:r>
    </w:p>
    <w:p>
      <w:r>
        <w:t>对于个别自行打印准考证有困难的考生，可凭本人身份证原件到市招考办一楼招考服务大厅打印，地址：罗湖区泥岗西路1068号，联系电话：0755-82181999。</w:t>
      </w:r>
    </w:p>
    <w:p>
      <w:r>
        <w:t>二、带齐“两证”“一表一码”，按时应考</w:t>
      </w:r>
    </w:p>
    <w:p>
      <w:r>
        <w:t>考生进考点时要准备好本人准考证、身份证、健康申报表和粤康码，按时赴考。</w:t>
      </w:r>
    </w:p>
    <w:p>
      <w:r>
        <w:t>三、提前熟悉考点地址及交通路线</w:t>
      </w:r>
    </w:p>
    <w:p>
      <w:r>
        <w:t>考生应提前准确查询考试地点，了解到达考点的交通路线，预留到达考点的时间。同时留意考试期间天气预报，提早做好防范准备，确保人身安全。</w:t>
      </w:r>
    </w:p>
    <w:p>
      <w:r>
        <w:t>四、准备好考试用品</w:t>
      </w:r>
    </w:p>
    <w:p>
      <w:r>
        <w:t>考生须自备2B铅笔和黑色字迹的钢笔或签字笔。严禁携带除2B铅笔、黑色字迹的钢笔或签字笔、直尺、圆规、三角板、橡皮之外的与考试无关的其他物品进入考场（部分科目允许考生携带简单的、没有程序存储功能的计算器）。</w:t>
      </w:r>
    </w:p>
    <w:p>
      <w:r>
        <w:t>五、诚信考试</w:t>
      </w:r>
    </w:p>
    <w:p>
      <w:r>
        <w:t>（一）不违规作弊。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（二）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天内向市招考办提交相关佐证材料，说明缺考理由，提出诚信报考档案修复申请。未按规定时间提出诚信报考档案修复申请而影响到下一期报考的，责任由考生自行承担。</w:t>
      </w:r>
    </w:p>
    <w:p>
      <w:r>
        <w:t>六、其他事项</w:t>
      </w:r>
    </w:p>
    <w:p>
      <w:r>
        <w:t>（一）开考15分钟后禁止考生进入考场；交卷出场时间不得早于每课程考试结束前30分钟，否则按违规处理。考生交卷出场后不得再进场续考，考试结束前考生不得离开考点。</w:t>
      </w:r>
    </w:p>
    <w:p>
      <w:r>
        <w:t>（二）严禁将试卷、答题纸及草稿纸带出考场。</w:t>
      </w:r>
    </w:p>
    <w:p>
      <w:r>
        <w:t>（三）请考生自觉维护考点的校园环境卫生。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32162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226916e7c73b21bfc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16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ca0a6faace033e07a37db89dc1e487e7cb80c4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ca0a6faace033e07a37db89dc1e487e7cb80c4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041ec5d2feb029df2689f849f5ed3107fd423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041ec5d2feb029df2689f849f5ed3107fd423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d795cd2467d4e03f84fd32968351da74fcc8afb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d795cd2467d4e03f84fd32968351da74fcc8afb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b73466a4d34500ae7a330f3c55d7e7b2aae9aa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b73466a4d34500ae7a330f3c55d7e7b2aae9aa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d0ea1b7a2c1b628cdffc7601ac5edee6dd6a0a6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d0ea1b7a2c1b628cdffc7601ac5edee6dd6a0a6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7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