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关于2019年高等教育自学考试使用计算器问题的通知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2018-12-29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https://szeb.sz.gov.cn/szzkw/zkgg/zkxx1/content/post_8949722.html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79514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61c3321d77a5550999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51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8473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7f0685f8948983eaf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473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2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