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暖心护考③ | 事关2022年高考，这份温馨提示请查收！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https://szeb.sz.gov.cn/szzkw/zkgg/gkxx/content/post_9842366.html</w:t>
        </w:r>
      </w:hyperlink>
    </w:p>
    <w:p/>
    <w:p>
      <w:pPr>
        <w:keepNext/>
      </w:pPr>
      <w:r>
        <w:t>原图分页 1/6</w:t>
      </w:r>
    </w:p>
    <w:p>
      <w:r>
        <w:drawing>
          <wp:inline xmlns:a="http://schemas.openxmlformats.org/drawingml/2006/main" xmlns:pic="http://schemas.openxmlformats.org/drawingml/2006/picture">
            <wp:extent cx="6400800" cy="38045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89dd3709914a5d9e4445ee11301a7d361aa8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89dd3709914a5d9e4445ee11301a7d361aa8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89dd3709914a5d9e4445ee11301a7d361aa83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89dd3709914a5d9e4445ee11301a7d361aa83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89dd3709914a5d9e4445ee11301a7d361aa83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</w:t>
      </w:r>
    </w:p>
    <w:p>
      <w:r>
        <w:drawing>
          <wp:inline xmlns:a="http://schemas.openxmlformats.org/drawingml/2006/main" xmlns:pic="http://schemas.openxmlformats.org/drawingml/2006/picture">
            <wp:extent cx="6400800" cy="426175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89dd3709914a5d9e4445ee11301a7d361aa83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17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1/9</w:t>
      </w:r>
    </w:p>
    <w:p>
      <w:r>
        <w:drawing>
          <wp:inline xmlns:a="http://schemas.openxmlformats.org/drawingml/2006/main" xmlns:pic="http://schemas.openxmlformats.org/drawingml/2006/picture">
            <wp:extent cx="6400800" cy="380473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2/9</w:t>
      </w:r>
    </w:p>
    <w:p>
      <w:r>
        <w:drawing>
          <wp:inline xmlns:a="http://schemas.openxmlformats.org/drawingml/2006/main" xmlns:pic="http://schemas.openxmlformats.org/drawingml/2006/picture">
            <wp:extent cx="6400800" cy="814569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3/9</w:t>
      </w:r>
    </w:p>
    <w:p>
      <w:r>
        <w:drawing>
          <wp:inline xmlns:a="http://schemas.openxmlformats.org/drawingml/2006/main" xmlns:pic="http://schemas.openxmlformats.org/drawingml/2006/picture">
            <wp:extent cx="6400800" cy="814569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4/9</w:t>
      </w:r>
    </w:p>
    <w:p>
      <w:r>
        <w:drawing>
          <wp:inline xmlns:a="http://schemas.openxmlformats.org/drawingml/2006/main" xmlns:pic="http://schemas.openxmlformats.org/drawingml/2006/picture">
            <wp:extent cx="6400800" cy="814569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5/9</w:t>
      </w:r>
    </w:p>
    <w:p>
      <w:r>
        <w:drawing>
          <wp:inline xmlns:a="http://schemas.openxmlformats.org/drawingml/2006/main" xmlns:pic="http://schemas.openxmlformats.org/drawingml/2006/picture">
            <wp:extent cx="6400800" cy="814569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4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6/9</w:t>
      </w:r>
    </w:p>
    <w:p>
      <w:r>
        <w:drawing>
          <wp:inline xmlns:a="http://schemas.openxmlformats.org/drawingml/2006/main" xmlns:pic="http://schemas.openxmlformats.org/drawingml/2006/picture">
            <wp:extent cx="6400800" cy="814569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7/9</w:t>
      </w:r>
    </w:p>
    <w:p>
      <w:r>
        <w:drawing>
          <wp:inline xmlns:a="http://schemas.openxmlformats.org/drawingml/2006/main" xmlns:pic="http://schemas.openxmlformats.org/drawingml/2006/picture">
            <wp:extent cx="6400800" cy="814569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8/9</w:t>
      </w:r>
    </w:p>
    <w:p>
      <w:r>
        <w:drawing>
          <wp:inline xmlns:a="http://schemas.openxmlformats.org/drawingml/2006/main" xmlns:pic="http://schemas.openxmlformats.org/drawingml/2006/picture">
            <wp:extent cx="6400800" cy="814569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7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9/9</w:t>
      </w:r>
    </w:p>
    <w:p>
      <w:r>
        <w:drawing>
          <wp:inline xmlns:a="http://schemas.openxmlformats.org/drawingml/2006/main" xmlns:pic="http://schemas.openxmlformats.org/drawingml/2006/picture">
            <wp:extent cx="6400800" cy="556665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dc20706fbcfba76352c1396da4952461563c36-008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6665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4236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