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成考报名智能咨询服务上线！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2023-09-15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https://eea.gd.gov.cn/crgk/content/post_4254525.html</w:t>
        </w:r>
      </w:hyperlink>
    </w:p>
    <w:p/>
    <w:p>
      <w:r>
        <w:t>广东省2023年成人高考网上报名和现场审核于9月14-20日进行。为帮助考生顺利完成报名工作，我院官网、官微、电话等开通三条线上成人高考智能咨询路径。具体如下：</w:t>
      </w:r>
    </w:p>
    <w:p>
      <w:r>
        <w:t>方式一：官网咨询</w:t>
      </w:r>
    </w:p>
    <w:p>
      <w:r>
        <w:t>登录广东省教育考试院官网（https://eea.gd.gov.cn/），点击首页右侧“成考智能咨询”，进入“广东省教育考试院智能服务机器人”对话框，输入需要咨询的内容。</w:t>
      </w:r>
    </w:p>
    <w:p>
      <w:r>
        <w:drawing>
          <wp:inline xmlns:a="http://schemas.openxmlformats.org/drawingml/2006/main" xmlns:pic="http://schemas.openxmlformats.org/drawingml/2006/picture">
            <wp:extent cx="6400800" cy="30344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5643d44da0fc812f83328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0344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或点击首页菜单栏“互动交流”选择“业务咨询”进行留言咨询。</w:t>
      </w:r>
    </w:p>
    <w:p>
      <w:r>
        <w:drawing>
          <wp:inline xmlns:a="http://schemas.openxmlformats.org/drawingml/2006/main" xmlns:pic="http://schemas.openxmlformats.org/drawingml/2006/picture">
            <wp:extent cx="6400800" cy="34671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477dbec3ceefa0fc8e291c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67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23164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082536e23ea2a24dd4f59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31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方式二：官微咨询</w:t>
      </w:r>
    </w:p>
    <w:p>
      <w:r>
        <w:t>关注广东省教育考试院官方微信公众号（ID：gdsksy），在主页面底部选择“办事服务”栏，点击“成考报名”，在对话框输入咨询内容。</w:t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714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556b997ad59ce11473c14342224e641ecfe026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4768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556b997ad59ce11473c14342224e641ecfe026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6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88677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556b997ad59ce11473c14342224e641ecfe026-00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867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714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b1bf7d18283c6b8f2cfb285e84ff20623baaec9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4768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b1bf7d18283c6b8f2cfb285e84ff20623baaec9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6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111347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b1bf7d18283c6b8f2cfb285e84ff20623baaec9-002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1134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方式三：电话咨询</w:t>
      </w:r>
    </w:p>
    <w:p>
      <w:r>
        <w:t>考生可通过电话拨打020-62833628，按照电话语音提示，选择“1”进入成考智能咨询或“0”进入人工客服咨询。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25452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