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广东省成人高考报名系统操作流程（视频）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https://eea.gd.gov.cn/crgk/content/post_4770155.html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https://eea.gd.gov.cn/zcjd/content/post_4770154.html</w:t>
        </w:r>
      </w:hyperlink>
    </w:p>
    <w:p>
      <w:r>
        <w:t>原文含视频。Word和PDF保留静态正文及视频观看链接，未把视频转录成文字。</w:t>
      </w:r>
    </w:p>
    <w:p/>
    <w:p>
      <w:r>
        <w:t>相关文件：关于做好广东省2025年成人高考报名工作的通知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关于做好广东省2025年成人高考报名工作的通知</w:t>
        </w:r>
      </w:hyperlink>
    </w:p>
    <w:p>
      <w:r>
        <w:t>https://eea.gd.gov.cn/crgk/content/post_4765939.html</w:t>
      </w:r>
    </w:p>
    <w:p>
      <w:hyperlink r:id="rId13">
        <w:r>
          <w:rPr>
            <w:color w:val="18548A"/>
          </w:rPr>
          <w:t>视频 1 LD 观看链接</w:t>
        </w:r>
      </w:hyperlink>
    </w:p>
    <w:p>
      <w:r>
        <w:t>https://gdvideo.southcn.com/e0358c638c9e71f0bdee5420848c0102/bf17a4663f9743309ade2d95fc228e92-99525b77104b337f156ecdaef9bdb4c3-ld.mp4</w:t>
      </w:r>
    </w:p>
    <w:p>
      <w:hyperlink r:id="rId14">
        <w:r>
          <w:rPr>
            <w:color w:val="18548A"/>
          </w:rPr>
          <w:t>视频 1 SD 观看链接</w:t>
        </w:r>
      </w:hyperlink>
    </w:p>
    <w:p>
      <w:r>
        <w:t>https://gdvideo.southcn.com/e0358c638c9e71f0bdee5420848c0102/bf17a4663f9743309ade2d95fc228e92-f23e06832367ce2ed943da602617ab70-sd.mp4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770155.html" TargetMode="External"/><Relationship Id="rId11" Type="http://schemas.openxmlformats.org/officeDocument/2006/relationships/hyperlink" Target="https://eea.gd.gov.cn/zcjd/content/post_4770154.html" TargetMode="External"/><Relationship Id="rId12" Type="http://schemas.openxmlformats.org/officeDocument/2006/relationships/hyperlink" Target="https://eea.gd.gov.cn/crgk/content/post_4765939.html" TargetMode="External"/><Relationship Id="rId13" Type="http://schemas.openxmlformats.org/officeDocument/2006/relationships/hyperlink" Target="https://gdvideo.southcn.com/e0358c638c9e71f0bdee5420848c0102/bf17a4663f9743309ade2d95fc228e92-99525b77104b337f156ecdaef9bdb4c3-ld.mp4" TargetMode="External"/><Relationship Id="rId14" Type="http://schemas.openxmlformats.org/officeDocument/2006/relationships/hyperlink" Target="https://gdvideo.southcn.com/e0358c638c9e71f0bdee5420848c0102/bf17a4663f9743309ade2d95fc228e92-f23e06832367ce2ed943da602617ab70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