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9月11日-20日，广东省2019年成人高考开始报名及确认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2019-09-10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https://szeb.sz.gov.cn/szzkw/zkgg/ckxx/content/post_8945996.html</w:t>
        </w:r>
      </w:hyperlink>
    </w:p>
    <w:p/>
    <w:p>
      <w:r>
        <w:t>今年我省成人高考报名将于9月11日开始。报名时间分两个时段，其中网上报名时间：9月11日-15日，现场信息确认时间:9月16日-20日。</w:t>
      </w:r>
    </w:p>
    <w:p>
      <w:r>
        <w:t>9月11日-9月15日，考生自行上网登录广东省教育考试院成人高考报名网址（http://www.ecogd.edu.cn/cr）进行网上报名和网上缴费。报名前，考生须仔细阅读考生须知，了解报名流程、考试要求、招生院校及专业和注意事项，阅读并签订《广东省2019年成人高校招生统一考试诚信考试承诺书》。考生进入报名页面填写报考的基本信息、采集相片、绑定手机号、选择现场确认的报名点，核对信息无误后，须在网上按操作流程交纳费用，报考费一旦交纳无法退还。</w:t>
      </w:r>
    </w:p>
    <w:p>
      <w:r>
        <w:t>9月16日-9月20日，考生在网上报名和缴费后，要在规定的时间内到所选的报名点办理报名确认手续，确认报名资格，包括校对信息、指纹采集、学历验证等。考生报名信息一经签名确认，所有信息任何人不得更改。</w:t>
      </w:r>
    </w:p>
    <w:p>
      <w:r>
        <w:t>近年，我市成人高考报名人数大幅度增长，各区已建成标准化考点所能承担的考生人数趋向饱和。为确保2019年成人高考报名和考试工作安全顺利进行，在充分挖掘考点潜存数量的前提下，各区报考人数有一定数量的限制，原则上在户籍或居住证所在区报名点报名，如考生所在区的报名人数已满，考生可到有考位的区属报考。</w:t>
      </w:r>
    </w:p>
    <w:p>
      <w:r>
        <w:t>此外，为进一步深化我市学习型社会建设，提高我市公共服务水平，市招考办于9月9日召开了全市2019年成人高考报名工作培训会。各报名点（大鹏新区除外）均可进行高升专、专升本的报考,南山区报名点可进行高升专、高升本、专升本的报考，今年大鹏新区增设高升专考点（受标准化考点影响，在大鹏新区报名点报名并确认信息的专升本考生，将统一被安排在坪山区考试），考生可根据自身的情况进行选择。</w:t>
      </w:r>
    </w:p>
    <w:p>
      <w:r>
        <w:t>高升专和专升本的考试费用均为111元（每科37元）、高升本考试费共148元（每科37元）。各位考生要特别注意，成人高考缴费在网上报名系统直接支付，确认现场不接受现金支付，报考费一旦交纳无法退还，请考生务必确认自己是否符合报考条件。</w:t>
      </w:r>
    </w:p>
    <w:p>
      <w:r>
        <w:t>确认时间在周一至周五工作时间（上午8：30-12:00，下午14:00-18:00），为了不延长排队等候时间，请考生务必在网上报名阶段完场照片上传及缴费工作，复印、带齐所有资料，才到报名点确认。请考生听从工作人员的指示，按报名点的流程指引，安全、有序地完成各项报名手续，考生须如实提交个人有关真实材料，严禁通过弄虚作假骗取报名资格，一旦发现，将取消报名、考试和录取资格。各区成人高考现场确认报名点周边停车场车位有限，为确保考生能顺利抵达报名点及各区报名点现场确认工作顺利开展，请各位考生尽量乘坐公共交通工具，绿色出行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