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2025年全国硕士研究生招生考试考前温馨提示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2024-12-20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https://szeb.sz.gov.cn/szzkw/zkgg/ykxx/content/post_11912112.html</w:t>
        </w:r>
      </w:hyperlink>
    </w:p>
    <w:p/>
    <w:p>
      <w:r>
        <w:t>各位考生：</w:t>
      </w:r>
    </w:p>
    <w:p>
      <w:r>
        <w:t>2025年全国硕士研究生招生考试将于12月21日至22日（星期六、日）举行。为确保我市考生安全顺利赴考，现将考试有关重要事项温馨提示如下：</w:t>
      </w:r>
    </w:p>
    <w:p>
      <w:r>
        <w:t>一、考生须知</w:t>
      </w:r>
    </w:p>
    <w:p>
      <w:r>
        <w:t>1.考生凭本人《准考证》和有效居民身份证按规定时间和地点参加考试。电子身份证不作为考试入场有效证件使用，《准考证》正反两面在使用期间不得涂改或书写，一经发现按考试违规处理。</w:t>
      </w:r>
    </w:p>
    <w:p>
      <w:r>
        <w:t>2.请考生根据准考证上公布的考点信息提前查询考试地点，了解到达考点的交通路线，预留到达考点时间。</w:t>
      </w:r>
    </w:p>
    <w:p>
      <w:r>
        <w:t>3.根据考试规定，考生不得携带任何书刊、报纸、稿纸、图片、资料、具有通讯功能的工具（如手机、智能手表、智能手环、智能眼镜和照相、扫描等设备）或者有存储、编程、查询功能的电子用品以及涂改液、修正带等物品进入考场。我市各考点均配备智能安检门，为有效节省考生安检时间，确保按时有序入场，建议考生赴考时不要携带与考试无关物品。同时应主动配合考点工作人员身份验证核查、安全检查和随身物品检查。</w:t>
      </w:r>
    </w:p>
    <w:p>
      <w:r>
        <w:t>4.考生自行准备考试文具等用品。根据广东省教育考试院规定，考生只准携带省教育考试院规定的考试用品，或者按照招生单位在准考证上注明的所需携带的用具。参加招生单位自命题科目考试时，还须自备密封试题袋用的胶水。主观题答题只能使用黑色字迹签字笔。所有统考科目考试中不允许使用计算器。</w:t>
      </w:r>
    </w:p>
    <w:p>
      <w:r>
        <w:t>5.统一命题的科目均在答题卡上答题，在草稿纸上答题一律无效。考生在领到试卷和答题卡后，须认真核对试卷、答题卡与本场考试科目、数量是否相符，是否有错装、漏装、错印、字迹不清、破损等情况，一旦发现问题，立即举手报告监考员。凡漏贴条形码、漏填、错填或者字迹不清的答卷将影响评卷结果，责任由考生自负。</w:t>
      </w:r>
    </w:p>
    <w:p>
      <w:r>
        <w:t>6.参加自命题科目考试的考生，考试结束后自行将试卷、答题纸（或者答卷）装入原试卷袋内密封并在袋口处签字。</w:t>
      </w:r>
    </w:p>
    <w:p>
      <w:r>
        <w:t>7.严禁将试卷、答题卡、答题纸、草稿纸等带出考场，违者一律按违规处理。</w:t>
      </w:r>
    </w:p>
    <w:p>
      <w:r>
        <w:t>8.开考15分钟后，迟到考生不准进入考场参加当科考试，交卷出场时间不得早于当科考试结束前30分钟。</w:t>
      </w:r>
    </w:p>
    <w:p>
      <w:r>
        <w:t>9.请考生自觉维护考点校园环境卫生。</w:t>
      </w:r>
    </w:p>
    <w:p>
      <w:r>
        <w:t>二、诚信参加考试</w:t>
      </w:r>
    </w:p>
    <w:p>
      <w:r>
        <w:t>《中华人民共和国刑法修正案（九）》明确规定：在法律规定的国家考试中，组织作弊的，为他人实施作弊提供作弊器材或者其他帮助的，为实施考试作弊行为，向他人非法出售或提供考试的试题、答案的，代替他人或者让他人代替自己参加考试的，都是犯罪行为，情节严重的，最高可判7年有期徒刑。凡违规作弊者按《国家教育考试违规处理办法》（教育部第33号令）处理。</w:t>
      </w:r>
    </w:p>
    <w:p>
      <w:r>
        <w:t>考点入口设有智能安检门和人工安检，考场设有全覆盖、全时段视频监控，并开启智能监考系统实时巡查。请考生自觉遵守考试规则，以守法为荣，以舞弊为耻，遵纪守法，诚信考试。</w:t>
      </w:r>
    </w:p>
    <w:p>
      <w:r>
        <w:t>三、安全顺利赴考</w:t>
      </w:r>
    </w:p>
    <w:p>
      <w:r>
        <w:t>考生在考前要留意天气状况，熟悉赴考交通路线，留足赴考时间，绿色出行，按时赴考。</w:t>
      </w:r>
    </w:p>
    <w:p>
      <w:r>
        <w:t>预祝各位考生取得优异成绩！</w:t>
      </w:r>
    </w:p>
    <w:p>
      <w:r>
        <w:t>深圳市招生考试办公室</w:t>
      </w:r>
    </w:p>
    <w:p>
      <w:r>
        <w:t>2024年12月20日</w:t>
      </w:r>
    </w:p>
    <w:p>
      <w:r>
        <w:drawing>
          <wp:inline xmlns:a="http://schemas.openxmlformats.org/drawingml/2006/main" xmlns:pic="http://schemas.openxmlformats.org/drawingml/2006/picture">
            <wp:extent cx="6400800" cy="716111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8a53b6019a89a2c8d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1611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6229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b030238f207d30b1b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6229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17008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bbd04f3eaf6a8cd0b3c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7008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1191211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