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2026年广东省教育考试院在线接访活动通告（二）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https://eea.gd.gov.cn/news/content/post_4956749.html</w:t>
        </w:r>
      </w:hyperlink>
    </w:p>
    <w:p/>
    <w:p>
      <w:r>
        <w:t>为进一步畅通渠道，广泛听取意见建议，回应考生关切的问题。广东省教育考试院领导将于9月18日（星期五）通过省教育考试院门户网站（eea.gd.gov.cn）开展在线接访活动。</w:t>
      </w:r>
    </w:p>
    <w:p>
      <w:r>
        <w:t>社会公众可通过访问https://eea.gd.gov.cn/hdjlpt/live/index.php?pid=5918查询相关在线接访活动记录。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2026年省教育考试院在线接访活动安排表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2026年9月18日15：00-16：00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省教育考试院副院长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关于自考专业计划调整的答疑、毕业办理情况、10月自学考试及考籍业务办理等相关事项。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567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