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关于恢复我市自学考试相关考籍业务现场办理工作的通知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2020-05-13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https://szeb.sz.gov.cn/szzkw/zkgg/zkxx1/content/post_8949688.html</w:t>
        </w:r>
      </w:hyperlink>
    </w:p>
    <w:p/>
    <w:p>
      <w:r>
        <w:t>根据广东省教育考试院精神，结合我市实际，即日起，恢复我市自学考试考籍业务现场办理工作。</w:t>
      </w:r>
    </w:p>
    <w:p>
      <w:r>
        <w:t>深圳市招生考试办公室</w:t>
      </w:r>
    </w:p>
    <w:p>
      <w:r>
        <w:t>2020年5月13日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8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