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https://szeb.sz.gov.cn/szzkw/zkcx/zxks/zkzy/zkcc/content/post_8949020.html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e2117075ef43ab436fb810de676f152132b2e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e2117075ef43ab436fb810de676f152132b2e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2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