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关于调整2022年中考英语听说考试时间的通告</w:t>
      </w:r>
    </w:p>
    <w:p>
      <w:r>
        <w:rPr>
          <w:sz w:val="18"/>
        </w:rPr>
        <w:t>整理归属  深圳市招生考试办公室</w:t>
      </w:r>
    </w:p>
    <w:p>
      <w:r>
        <w:rPr>
          <w:sz w:val="18"/>
        </w:rPr>
        <w:t>发布日期  2022-05-12</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https://szeb.sz.gov.cn/szzkw/zkgg/zkxx/content/post_9776649.html</w:t>
        </w:r>
      </w:hyperlink>
    </w:p>
    <w:p/>
    <w:p>
      <w:r>
        <w:t>因近期暴雨天气给考试疫情防控工作以及学生正常赴考造成一定影响，为保证学生安全，经综合研判，2022年我市中考英语听说考试时间由5月14日至15日调整为5月21日至22日。原定于5月21日、22日参加体育考试的考生，由各区重新编排体育考试计划，相关考生可向所在初中学校（或社会报名点）了解具体安排。</w:t>
      </w:r>
    </w:p>
    <w:p>
      <w:r>
        <w:t>请广大考生继续做好健康监测和个人防护，减少非必要出行，确保自身安全。因调整带来的不便，敬请谅解。</w:t>
      </w:r>
    </w:p>
    <w:p>
      <w:r>
        <w:t>深圳市校园疫情防控工作专班</w:t>
      </w:r>
    </w:p>
    <w:p>
      <w:r>
        <w:t>2022年5月12日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77664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