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广东省教育考试院2023年下半年惠州基地办公及生活用品采购项目询价公告</w:t>
      </w:r>
    </w:p>
    <w:p>
      <w:r>
        <w:rPr>
          <w:sz w:val="18"/>
        </w:rPr>
        <w:t>整理归属  广东省教育考试院</w:t>
      </w:r>
    </w:p>
    <w:p>
      <w:r>
        <w:rPr>
          <w:sz w:val="18"/>
        </w:rPr>
        <w:t>发布日期  2023-10-09</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https://eea.gd.gov.cn/zfcg/content/post_4263678.html</w:t>
        </w:r>
      </w:hyperlink>
    </w:p>
    <w:p/>
    <w:p>
      <w:r>
        <w:t>广东省教育考试院就2023年下半年惠州基地办公及生活用品采购项目（项目编号：YKY20230908053）进行询价采购，欢迎符合资格的供应商参加。有关事项如下：</w:t>
      </w:r>
    </w:p>
    <w:p>
      <w:r>
        <w:t>一、项目名称</w:t>
      </w:r>
    </w:p>
    <w:p>
      <w:r>
        <w:t>广东省教育考试院2023年下半年惠州基地办公及生活用品采购项目。</w:t>
      </w:r>
    </w:p>
    <w:p>
      <w:r>
        <w:t>二、项目概况</w:t>
      </w:r>
    </w:p>
    <w:p>
      <w:r>
        <w:t>1、项目概况：为保障惠州基地业务工作顺利进行，需采购2023年下半年办公及生活用品一批。</w:t>
      </w:r>
    </w:p>
    <w:p>
      <w:r>
        <w:t>2、采购预算：人民币36.35万元。</w:t>
      </w:r>
    </w:p>
    <w:p>
      <w:r>
        <w:t>三、采购需求</w:t>
      </w:r>
    </w:p>
    <w:p>
      <w:r>
        <w:t>1、办公及生活用品共83种。</w:t>
      </w:r>
    </w:p>
    <w:p>
      <w:r>
        <w:t>2、送货时间：2023年10月30日前。</w:t>
      </w:r>
    </w:p>
    <w:p>
      <w:r>
        <w:t>3、送货地点：广东省惠州市博罗县郭前村广东省教育考试院惠州基地。</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管理关系的不同供应商，不得同时参加本采购项目同一采购包的谈判。为本项目提供整体设计、规范编制或者项目管理、监理、检测等服务的供应商，不得再参与本项目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5.具备省政府采购智慧云平台电子卖场办公及生活用品、日用品定点采购供应商资质。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2023年10月11日（周三）17:00（北京时间）前，将报名资料（统一社会信用代码扫描件、省政府采购智慧云平台电子卖场办公及生活用品、日常用品定点采购供应商资质截图、联系人及联系方式等资料）发送至邮箱gdsksy@eeagd.edu.cn，不收报名费。过期提交报名资料的视为报名不成功。报名成功后询价文件将由采购人统一发送至报名邮箱。</w:t>
      </w:r>
    </w:p>
    <w:p>
      <w:r>
        <w:t>七、投标文件提交时间：</w:t>
      </w:r>
    </w:p>
    <w:p>
      <w:r>
        <w:t>1、投标文件提交时间和截止时间：</w:t>
      </w:r>
    </w:p>
    <w:p>
      <w:r>
        <w:t>投标文件提交时间：2023年 10月18日下午14:30-15:30（注：2023年 10月18日下午14:30开始接收投标文件）。</w:t>
      </w:r>
    </w:p>
    <w:p>
      <w:r>
        <w:t>投标文件递交截止时间：2023年10月18日下午15:30。</w:t>
      </w:r>
    </w:p>
    <w:p>
      <w:r>
        <w:t>2、投标文件递交地点：广州市天河区中山大道西69号广东省教育考试院。</w:t>
      </w:r>
    </w:p>
    <w:p>
      <w:r>
        <w:t>请将密封的投标文件送达（并在封面上注明）广东省教育考试院一楼收发室转梁老师收，逾期送达的投标文件将不予接收。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八、询价结果公布时间：2023年10月20日前。</w:t>
      </w:r>
    </w:p>
    <w:p>
      <w:r>
        <w:t>九、联系人及联系电话：梁老师 020-38627732 。</w:t>
      </w:r>
    </w:p>
    <w:p>
      <w:r>
        <w:t>广东省教育考试院办公室</w:t>
      </w:r>
    </w:p>
    <w:p>
      <w:r>
        <w:t>2023年10月9日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2636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