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暖心护考④｜你们安心赴考 我们全心守护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https://szeb.sz.gov.cn/szzkw/zkgg/gkxx/content/post_9863771.html</w:t>
        </w:r>
      </w:hyperlink>
    </w:p>
    <w:p/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32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436160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28ba92403e3a2b553e37d978d3948f2eca78aa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616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1/14</w:t>
      </w:r>
    </w:p>
    <w:p>
      <w:r>
        <w:drawing>
          <wp:inline xmlns:a="http://schemas.openxmlformats.org/drawingml/2006/main" xmlns:pic="http://schemas.openxmlformats.org/drawingml/2006/picture">
            <wp:extent cx="6400800" cy="380455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0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1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12/14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1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13/14</w:t>
      </w:r>
    </w:p>
    <w:p>
      <w:r>
        <w:drawing>
          <wp:inline xmlns:a="http://schemas.openxmlformats.org/drawingml/2006/main" xmlns:pic="http://schemas.openxmlformats.org/drawingml/2006/picture">
            <wp:extent cx="6400800" cy="8147957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1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14/14</w:t>
      </w:r>
    </w:p>
    <w:p>
      <w:r>
        <w:drawing>
          <wp:inline xmlns:a="http://schemas.openxmlformats.org/drawingml/2006/main" xmlns:pic="http://schemas.openxmlformats.org/drawingml/2006/picture">
            <wp:extent cx="6400800" cy="258807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474fe4b505836ba5362d01cb5ba8d13e7e1d3-01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88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2537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c329b1f6cf2a12290c002a170505ad6557775f-00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25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9472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c329b1f6cf2a12290c002a170505ad6557775f-00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546047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c329b1f6cf2a12290c002a170505ad6557775f-00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604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6377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