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关于《广东省2024年普通高等学校招生专业目录》更正的通知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https://eea.gd.gov.cn/ptgk/content/post_4446620.html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https://eea.gd.gov.cn/tzgg/content/post_4446655.html</w:t>
        </w:r>
      </w:hyperlink>
    </w:p>
    <w:p/>
    <w:p>
      <w:r>
        <w:t>各地级以上市招生办公室（考试中心、考试院），各有关高等学校：</w:t>
      </w:r>
    </w:p>
    <w:p>
      <w:r>
        <w:t>应有关高校要求，现增补《广东省2024年普通高等学校特殊类型招生专业目录》部分内容，以及更正《广东省2024年普通高等学校招生专业目录》部分内容，请及时转发各中学并告知学生。</w:t>
      </w:r>
    </w:p>
    <w:p>
      <w:r>
        <w:t>附件：1.《广东省2024年普通高等学校特殊类型招生专业目录》增补表</w:t>
      </w:r>
    </w:p>
    <w:p>
      <w:r>
        <w:t>2.《广东省2024年普通高等学校招生专业目录》更正表</w:t>
      </w:r>
    </w:p>
    <w:p>
      <w:r>
        <w:t>广东省招生委员会办公室</w:t>
      </w:r>
    </w:p>
    <w:p>
      <w:r>
        <w:t>2024年6月27日</w:t>
      </w:r>
    </w:p>
    <w:p>
      <w:pPr>
        <w:keepNext/>
      </w:pPr>
      <w:r>
        <w:t>原图分页 1/4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cba3b88bf7c56667ecf7d0f399dfcf18592e996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2/4</w:t>
      </w:r>
    </w:p>
    <w:p>
      <w:r>
        <w:drawing>
          <wp:inline xmlns:a="http://schemas.openxmlformats.org/drawingml/2006/main" xmlns:pic="http://schemas.openxmlformats.org/drawingml/2006/picture">
            <wp:extent cx="6400799" cy="81512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cba3b88bf7c56667ecf7d0f399dfcf18592e996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8151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3/4</w:t>
      </w:r>
    </w:p>
    <w:p>
      <w:r>
        <w:drawing>
          <wp:inline xmlns:a="http://schemas.openxmlformats.org/drawingml/2006/main" xmlns:pic="http://schemas.openxmlformats.org/drawingml/2006/picture">
            <wp:extent cx="6400799" cy="815123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cba3b88bf7c56667ecf7d0f399dfcf18592e996-00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8151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4/4</w:t>
      </w:r>
    </w:p>
    <w:p>
      <w:r>
        <w:drawing>
          <wp:inline xmlns:a="http://schemas.openxmlformats.org/drawingml/2006/main" xmlns:pic="http://schemas.openxmlformats.org/drawingml/2006/picture">
            <wp:extent cx="6400799" cy="444869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cba3b88bf7c56667ecf7d0f399dfcf18592e996-00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444869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446620.html" TargetMode="External"/><Relationship Id="rId11" Type="http://schemas.openxmlformats.org/officeDocument/2006/relationships/hyperlink" Target="https://eea.gd.gov.cn/tzgg/content/post_4446655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