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深圳市2018年硕士研究生招生全国统一考试报名流程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2017-11-01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https://szeb.sz.gov.cn/szzkw/zkgg/ykxx/content/post_8949953.html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74064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631e37ae7bcc01d06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0647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5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