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2025年广东省教育考试院部门预算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2025-02-28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信息公开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https://eea.gd.gov.cn/zwgk_xxgk/content/post_4674017.html</w:t>
        </w:r>
      </w:hyperlink>
    </w:p>
    <w:p/>
    <w:p>
      <w:r>
        <w:t>2025年广东省教育考试院部门预算 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2025年广东省教育考试院部门预算 .pdf</w:t>
        </w:r>
      </w:hyperlink>
    </w:p>
    <w:p>
      <w:r>
        <w:rPr>
          <w:sz w:val="16"/>
        </w:rPr>
        <w:t>https://eea.gd.gov.cn/attachment/0/573/573988/4674017.pdf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xxgk/content/post_4674017.html" TargetMode="External"/><Relationship Id="rId11" Type="http://schemas.openxmlformats.org/officeDocument/2006/relationships/hyperlink" Target="https://eea.gd.gov.cn/attachment/0/573/573988/467401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