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关于2020年4月高等教育自学考试延期考试报名报考工作的温馨提示</w:t>
      </w:r>
    </w:p>
    <w:p>
      <w:r>
        <w:rPr>
          <w:sz w:val="18"/>
        </w:rPr>
        <w:t>整理归属  深圳市招生考试办公室</w:t>
      </w:r>
    </w:p>
    <w:p>
      <w:r>
        <w:rPr>
          <w:sz w:val="18"/>
        </w:rPr>
        <w:t>发布日期  2020-06-05</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https://szeb.sz.gov.cn/szzkw/zkgg/zkxx1/content/post_8949681.html</w:t>
        </w:r>
      </w:hyperlink>
    </w:p>
    <w:p/>
    <w:p>
      <w:r>
        <w:t>2020年4月高等教育自学考试延期考试报名报考工作将于6月9日开始，市招考办温馨提示考生注意以下事项：</w:t>
      </w:r>
    </w:p>
    <w:p>
      <w:r>
        <w:t>一、本次正式报名首次采用全程网上方式进行，不设置现场报名点。</w:t>
      </w:r>
    </w:p>
    <w:p>
      <w:r>
        <w:t>二、考生正式报名通过小程序采集的证件照将用于所有自考业务办理及自考毕业证书上的照片，一旦上传不予变更。</w:t>
      </w:r>
    </w:p>
    <w:p>
      <w:r>
        <w:t>三、因面容特征变化及技术操作导致无法网上报名的，请考生本人持身份证及相关证明材料于报名期间到我办一楼招考服务大厅进行相关问题处理。</w:t>
      </w:r>
    </w:p>
    <w:p>
      <w:r>
        <w:t>四、考生须在报考前通过“粤省事”微信小程序注册“粤康码”。</w:t>
      </w:r>
    </w:p>
    <w:p>
      <w:r>
        <w:t>五、为满足广大考生报考需求，我市已加大标准化考点建设力度，本次考试考位较去年有所增加并全部设置开放，考位报满后不再增加，请考生及时报考，以免因停电、网络堵塞等原因导致错过报考和缴费。</w:t>
      </w:r>
    </w:p>
    <w:p>
      <w:r>
        <w:t>六、正处于隔离医学观察治疗、集中隔离观察期的确诊病例、疑似病例、复检阳性人员、无症状感染者以及无“粤康码”绿码的考生，不得参加考试。考前和考试中监测、检查发现身体状况异常的考生，经评估不具备参加考试条件的，不得参加考试。考生隐瞒身体异常情况，提供虚假信息，造成严重后果的，依法追究相关人员责任。请考生根据自身情况报名报考。</w:t>
      </w:r>
    </w:p>
    <w:p>
      <w:r>
        <w:t>市招考办咨询电话：82181999、82197626，工作时间：周一至周五，9:00-12:00,14:00-18:00，地址：罗湖区泥岗西路1068号。</w:t>
      </w:r>
    </w:p>
    <w:p>
      <w:r>
        <w:t>深圳市招生考试办公室</w:t>
      </w:r>
    </w:p>
    <w:p>
      <w:r>
        <w:t>2020年6月5日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