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b4caa2034ab28c528378848d7755ea4c513f51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b4caa2034ab28c528378848d7755ea4c513f51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