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关于暂停办理自考转免考等业务的通告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https://szeb.sz.gov.cn/szzkw/qtxx/content/post_8948920.html</w:t>
        </w:r>
      </w:hyperlink>
    </w:p>
    <w:p/>
    <w:p>
      <w:r>
        <w:t>因全国普通高考保密工作需要，从6月7日至11日，我办暂停办理自考转免考等业务，不便之处请考生谅解。</w:t>
      </w:r>
    </w:p>
    <w:p>
      <w:r>
        <w:t>深圳市招生考试办公室</w:t>
      </w:r>
    </w:p>
    <w:p>
      <w:r>
        <w:t>2021年6月5日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