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我省2026年普通高考本科批次征集志愿投档情况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https://eea.gd.gov.cn/ptgk/content/post_4934170.html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https://eea.gd.gov.cn/news/content/post_4934234.html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https://eea.gd.gov.cn/zwgk/sjfb/tjsj/content/post_4934235.html</w:t>
        </w:r>
      </w:hyperlink>
    </w:p>
    <w:p/>
    <w:p>
      <w:r>
        <w:t>我省2026年普通高考本科批次普通类（含历史类、物理类等2个类别）和体育艺术类[含体育类、音乐类、舞蹈类、美术与设计类、书法类、播音与主持类、表（导）演类等7个类别]征集志愿已完成投档，投档情况见附件。7月28日起，考生可陆续查询到本科批次征集志愿录取结果。</w:t>
      </w:r>
    </w:p>
    <w:p>
      <w:r>
        <w:t>根据日程安排，后续将于8月1日开始专科提前批次的投档工作。请考生密切留意省教育考试院微信公众号，及时查看相关信息。</w:t>
      </w:r>
    </w:p>
    <w:p>
      <w:r>
        <w:t>广东省2026年本科普通类(历史)征集志愿投档情况</w:t>
      </w:r>
    </w:p>
    <w:p>
      <w:r>
        <w:t>广东省2026年本科普通类(物理)征集志愿投档情况</w:t>
      </w:r>
    </w:p>
    <w:p>
      <w:r>
        <w:t>广东省2026年本科体育类征集志愿投档情况</w:t>
      </w:r>
    </w:p>
    <w:p>
      <w:r>
        <w:t>广东省2026年本科音乐类统考征集志愿投档情况</w:t>
      </w:r>
    </w:p>
    <w:p>
      <w:r>
        <w:t>广东省2026年本科舞蹈类统考征集志愿投档情况</w:t>
      </w:r>
    </w:p>
    <w:p>
      <w:r>
        <w:t>广东省2026年本科美术与设计类统考征集志愿投档情况</w:t>
      </w:r>
    </w:p>
    <w:p>
      <w:r>
        <w:t>广东省2026年本科书法类统考征集志愿投档情况</w:t>
      </w:r>
    </w:p>
    <w:p>
      <w:r>
        <w:t>广东省2026年本科播音与主持类统考征集志愿投档情况</w:t>
      </w:r>
    </w:p>
    <w:p>
      <w:r>
        <w:t>广东省2026年本科表(导)演类统考征集志愿投档情况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广东省2026年本科普通类(历史)征集志愿投档情况</w:t>
        </w:r>
      </w:hyperlink>
    </w:p>
    <w:p>
      <w:r>
        <w:rPr>
          <w:sz w:val="16"/>
        </w:rPr>
        <w:t>https://eea.gd.gov.cn/attachment/0/620/620693/4934170.pdf</w:t>
      </w:r>
    </w:p>
    <w:p>
      <w:hyperlink r:id="rId14">
        <w:r>
          <w:rPr>
            <w:color w:val="18548A"/>
          </w:rPr>
          <w:t>广东省2026年本科普通类(物理)征集志愿投档情况</w:t>
        </w:r>
      </w:hyperlink>
    </w:p>
    <w:p>
      <w:r>
        <w:rPr>
          <w:sz w:val="16"/>
        </w:rPr>
        <w:t>https://eea.gd.gov.cn/attachment/0/620/620694/4934170.pdf</w:t>
      </w:r>
    </w:p>
    <w:p>
      <w:hyperlink r:id="rId15">
        <w:r>
          <w:rPr>
            <w:color w:val="18548A"/>
          </w:rPr>
          <w:t>广东省2026年本科体育类征集志愿投档情况</w:t>
        </w:r>
      </w:hyperlink>
    </w:p>
    <w:p>
      <w:r>
        <w:rPr>
          <w:sz w:val="16"/>
        </w:rPr>
        <w:t>https://eea.gd.gov.cn/attachment/0/620/620696/4934170.pdf</w:t>
      </w:r>
    </w:p>
    <w:p>
      <w:hyperlink r:id="rId16">
        <w:r>
          <w:rPr>
            <w:color w:val="18548A"/>
          </w:rPr>
          <w:t>广东省2026年本科音乐类统考征集志愿投档情况</w:t>
        </w:r>
      </w:hyperlink>
    </w:p>
    <w:p>
      <w:r>
        <w:rPr>
          <w:sz w:val="16"/>
        </w:rPr>
        <w:t>https://eea.gd.gov.cn/attachment/0/620/620698/4934170.pdf</w:t>
      </w:r>
    </w:p>
    <w:p>
      <w:hyperlink r:id="rId17">
        <w:r>
          <w:rPr>
            <w:color w:val="18548A"/>
          </w:rPr>
          <w:t>广东省2026年本科舞蹈类统考征集志愿投档情况</w:t>
        </w:r>
      </w:hyperlink>
    </w:p>
    <w:p>
      <w:r>
        <w:rPr>
          <w:sz w:val="16"/>
        </w:rPr>
        <w:t>https://eea.gd.gov.cn/attachment/0/620/620697/4934170.pdf</w:t>
      </w:r>
    </w:p>
    <w:p>
      <w:hyperlink r:id="rId18">
        <w:r>
          <w:rPr>
            <w:color w:val="18548A"/>
          </w:rPr>
          <w:t>广东省2026年本科美术与设计类统考征集志愿投档情况</w:t>
        </w:r>
      </w:hyperlink>
    </w:p>
    <w:p>
      <w:r>
        <w:rPr>
          <w:sz w:val="16"/>
        </w:rPr>
        <w:t>https://eea.gd.gov.cn/attachment/0/620/620692/4934170.pdf</w:t>
      </w:r>
    </w:p>
    <w:p>
      <w:hyperlink r:id="rId19">
        <w:r>
          <w:rPr>
            <w:color w:val="18548A"/>
          </w:rPr>
          <w:t>广东省2026年本科书法类统考征集志愿投档情况</w:t>
        </w:r>
      </w:hyperlink>
    </w:p>
    <w:p>
      <w:r>
        <w:rPr>
          <w:sz w:val="16"/>
        </w:rPr>
        <w:t>https://eea.gd.gov.cn/attachment/0/620/620695/4934170.pdf</w:t>
      </w:r>
    </w:p>
    <w:p>
      <w:hyperlink r:id="rId20">
        <w:r>
          <w:rPr>
            <w:color w:val="18548A"/>
          </w:rPr>
          <w:t>广东省2026年本科播音与主持类统考征集志愿投档情况</w:t>
        </w:r>
      </w:hyperlink>
    </w:p>
    <w:p>
      <w:r>
        <w:rPr>
          <w:sz w:val="16"/>
        </w:rPr>
        <w:t>https://eea.gd.gov.cn/attachment/0/620/620691/4934170.pdf</w:t>
      </w:r>
    </w:p>
    <w:p>
      <w:hyperlink r:id="rId21">
        <w:r>
          <w:rPr>
            <w:color w:val="18548A"/>
          </w:rPr>
          <w:t>广东省2026年本科表(导)演类统考征集志愿投档情况</w:t>
        </w:r>
      </w:hyperlink>
    </w:p>
    <w:p>
      <w:r>
        <w:rPr>
          <w:sz w:val="16"/>
        </w:rPr>
        <w:t>https://eea.gd.gov.cn/attachment/0/620/620690/4934170.pdf</w:t>
      </w:r>
    </w:p>
    <w:p>
      <w:pPr>
        <w:pStyle w:val="Heading1"/>
      </w:pPr>
      <w:r>
        <w:t>正文相关链接</w:t>
      </w:r>
    </w:p>
    <w:p>
      <w:hyperlink r:id="rId22">
        <w:r>
          <w:rPr>
            <w:color w:val="18548A"/>
          </w:rPr>
          <w:t>广东省2026年本科普通类(历史)征集志愿投档情况</w:t>
        </w:r>
      </w:hyperlink>
    </w:p>
    <w:p>
      <w:r>
        <w:t>https://eea.gd.gov.cn/attachment/0/620/620693/4934234.pdf</w:t>
      </w:r>
    </w:p>
    <w:p>
      <w:hyperlink r:id="rId23">
        <w:r>
          <w:rPr>
            <w:color w:val="18548A"/>
          </w:rPr>
          <w:t>广东省2026年本科普通类(物理)征集志愿投档情况</w:t>
        </w:r>
      </w:hyperlink>
    </w:p>
    <w:p>
      <w:r>
        <w:t>https://eea.gd.gov.cn/attachment/0/620/620694/4934234.pdf</w:t>
      </w:r>
    </w:p>
    <w:p>
      <w:hyperlink r:id="rId24">
        <w:r>
          <w:rPr>
            <w:color w:val="18548A"/>
          </w:rPr>
          <w:t>广东省2026年本科体育类征集志愿投档情况</w:t>
        </w:r>
      </w:hyperlink>
    </w:p>
    <w:p>
      <w:r>
        <w:t>https://eea.gd.gov.cn/attachment/0/620/620696/4934234.pdf</w:t>
      </w:r>
    </w:p>
    <w:p>
      <w:hyperlink r:id="rId25">
        <w:r>
          <w:rPr>
            <w:color w:val="18548A"/>
          </w:rPr>
          <w:t>广东省2026年本科音乐类统考征集志愿投档情况</w:t>
        </w:r>
      </w:hyperlink>
    </w:p>
    <w:p>
      <w:r>
        <w:t>https://eea.gd.gov.cn/attachment/0/620/620698/4934234.pdf</w:t>
      </w:r>
    </w:p>
    <w:p>
      <w:hyperlink r:id="rId26">
        <w:r>
          <w:rPr>
            <w:color w:val="18548A"/>
          </w:rPr>
          <w:t>广东省2026年本科舞蹈类统考征集志愿投档情况</w:t>
        </w:r>
      </w:hyperlink>
    </w:p>
    <w:p>
      <w:r>
        <w:t>https://eea.gd.gov.cn/attachment/0/620/620697/4934234.pdf</w:t>
      </w:r>
    </w:p>
    <w:p>
      <w:hyperlink r:id="rId27">
        <w:r>
          <w:rPr>
            <w:color w:val="18548A"/>
          </w:rPr>
          <w:t>广东省2026年本科美术与设计类统考征集志愿投档情况</w:t>
        </w:r>
      </w:hyperlink>
    </w:p>
    <w:p>
      <w:r>
        <w:t>https://eea.gd.gov.cn/attachment/0/620/620692/4934234.pdf</w:t>
      </w:r>
    </w:p>
    <w:p>
      <w:hyperlink r:id="rId28">
        <w:r>
          <w:rPr>
            <w:color w:val="18548A"/>
          </w:rPr>
          <w:t>广东省2026年本科书法类统考征集志愿投档情况</w:t>
        </w:r>
      </w:hyperlink>
    </w:p>
    <w:p>
      <w:r>
        <w:t>https://eea.gd.gov.cn/attachment/0/620/620695/4934234.pdf</w:t>
      </w:r>
    </w:p>
    <w:p>
      <w:hyperlink r:id="rId29">
        <w:r>
          <w:rPr>
            <w:color w:val="18548A"/>
          </w:rPr>
          <w:t>广东省2026年本科播音与主持类统考征集志愿投档情况</w:t>
        </w:r>
      </w:hyperlink>
    </w:p>
    <w:p>
      <w:r>
        <w:t>https://eea.gd.gov.cn/attachment/0/620/620691/4934234.pdf</w:t>
      </w:r>
    </w:p>
    <w:p>
      <w:hyperlink r:id="rId30">
        <w:r>
          <w:rPr>
            <w:color w:val="18548A"/>
          </w:rPr>
          <w:t>广东省2026年本科表(导)演类统考征集志愿投档情况</w:t>
        </w:r>
      </w:hyperlink>
    </w:p>
    <w:p>
      <w:r>
        <w:t>https://eea.gd.gov.cn/attachment/0/620/620690/4934234.pdf</w:t>
      </w:r>
    </w:p>
    <w:p>
      <w:hyperlink r:id="rId31">
        <w:r>
          <w:rPr>
            <w:color w:val="18548A"/>
          </w:rPr>
          <w:t>广东省2026年本科普通类(历史)征集志愿投档情况</w:t>
        </w:r>
      </w:hyperlink>
    </w:p>
    <w:p>
      <w:r>
        <w:t>https://eea.gd.gov.cn/attachment/0/620/620693/4934235.pdf</w:t>
      </w:r>
    </w:p>
    <w:p>
      <w:hyperlink r:id="rId32">
        <w:r>
          <w:rPr>
            <w:color w:val="18548A"/>
          </w:rPr>
          <w:t>广东省2026年本科普通类(物理)征集志愿投档情况</w:t>
        </w:r>
      </w:hyperlink>
    </w:p>
    <w:p>
      <w:r>
        <w:t>https://eea.gd.gov.cn/attachment/0/620/620694/4934235.pdf</w:t>
      </w:r>
    </w:p>
    <w:p>
      <w:hyperlink r:id="rId33">
        <w:r>
          <w:rPr>
            <w:color w:val="18548A"/>
          </w:rPr>
          <w:t>广东省2026年本科体育类征集志愿投档情况</w:t>
        </w:r>
      </w:hyperlink>
    </w:p>
    <w:p>
      <w:r>
        <w:t>https://eea.gd.gov.cn/attachment/0/620/620696/4934235.pdf</w:t>
      </w:r>
    </w:p>
    <w:p>
      <w:hyperlink r:id="rId34">
        <w:r>
          <w:rPr>
            <w:color w:val="18548A"/>
          </w:rPr>
          <w:t>广东省2026年本科音乐类统考征集志愿投档情况</w:t>
        </w:r>
      </w:hyperlink>
    </w:p>
    <w:p>
      <w:r>
        <w:t>https://eea.gd.gov.cn/attachment/0/620/620698/4934235.pdf</w:t>
      </w:r>
    </w:p>
    <w:p>
      <w:hyperlink r:id="rId35">
        <w:r>
          <w:rPr>
            <w:color w:val="18548A"/>
          </w:rPr>
          <w:t>广东省2026年本科舞蹈类统考征集志愿投档情况</w:t>
        </w:r>
      </w:hyperlink>
    </w:p>
    <w:p>
      <w:r>
        <w:t>https://eea.gd.gov.cn/attachment/0/620/620697/4934235.pdf</w:t>
      </w:r>
    </w:p>
    <w:p>
      <w:hyperlink r:id="rId36">
        <w:r>
          <w:rPr>
            <w:color w:val="18548A"/>
          </w:rPr>
          <w:t>广东省2026年本科美术与设计类统考征集志愿投档情况</w:t>
        </w:r>
      </w:hyperlink>
    </w:p>
    <w:p>
      <w:r>
        <w:t>https://eea.gd.gov.cn/attachment/0/620/620692/4934235.pdf</w:t>
      </w:r>
    </w:p>
    <w:p>
      <w:hyperlink r:id="rId37">
        <w:r>
          <w:rPr>
            <w:color w:val="18548A"/>
          </w:rPr>
          <w:t>广东省2026年本科书法类统考征集志愿投档情况</w:t>
        </w:r>
      </w:hyperlink>
    </w:p>
    <w:p>
      <w:r>
        <w:t>https://eea.gd.gov.cn/attachment/0/620/620695/4934235.pdf</w:t>
      </w:r>
    </w:p>
    <w:p>
      <w:hyperlink r:id="rId38">
        <w:r>
          <w:rPr>
            <w:color w:val="18548A"/>
          </w:rPr>
          <w:t>广东省2026年本科播音与主持类统考征集志愿投档情况</w:t>
        </w:r>
      </w:hyperlink>
    </w:p>
    <w:p>
      <w:r>
        <w:t>https://eea.gd.gov.cn/attachment/0/620/620691/4934235.pdf</w:t>
      </w:r>
    </w:p>
    <w:p>
      <w:hyperlink r:id="rId39">
        <w:r>
          <w:rPr>
            <w:color w:val="18548A"/>
          </w:rPr>
          <w:t>广东省2026年本科表(导)演类统考征集志愿投档情况</w:t>
        </w:r>
      </w:hyperlink>
    </w:p>
    <w:p>
      <w:r>
        <w:t>https://eea.gd.gov.cn/attachment/0/620/620690/4934235.pdf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34170.html" TargetMode="External"/><Relationship Id="rId11" Type="http://schemas.openxmlformats.org/officeDocument/2006/relationships/hyperlink" Target="https://eea.gd.gov.cn/news/content/post_4934234.html" TargetMode="External"/><Relationship Id="rId12" Type="http://schemas.openxmlformats.org/officeDocument/2006/relationships/hyperlink" Target="https://eea.gd.gov.cn/zwgk/sjfb/tjsj/content/post_4934235.html" TargetMode="External"/><Relationship Id="rId13" Type="http://schemas.openxmlformats.org/officeDocument/2006/relationships/hyperlink" Target="https://eea.gd.gov.cn/attachment/0/620/620693/4934170.pdf" TargetMode="External"/><Relationship Id="rId14" Type="http://schemas.openxmlformats.org/officeDocument/2006/relationships/hyperlink" Target="https://eea.gd.gov.cn/attachment/0/620/620694/4934170.pdf" TargetMode="External"/><Relationship Id="rId15" Type="http://schemas.openxmlformats.org/officeDocument/2006/relationships/hyperlink" Target="https://eea.gd.gov.cn/attachment/0/620/620696/4934170.pdf" TargetMode="External"/><Relationship Id="rId16" Type="http://schemas.openxmlformats.org/officeDocument/2006/relationships/hyperlink" Target="https://eea.gd.gov.cn/attachment/0/620/620698/4934170.pdf" TargetMode="External"/><Relationship Id="rId17" Type="http://schemas.openxmlformats.org/officeDocument/2006/relationships/hyperlink" Target="https://eea.gd.gov.cn/attachment/0/620/620697/4934170.pdf" TargetMode="External"/><Relationship Id="rId18" Type="http://schemas.openxmlformats.org/officeDocument/2006/relationships/hyperlink" Target="https://eea.gd.gov.cn/attachment/0/620/620692/4934170.pdf" TargetMode="External"/><Relationship Id="rId19" Type="http://schemas.openxmlformats.org/officeDocument/2006/relationships/hyperlink" Target="https://eea.gd.gov.cn/attachment/0/620/620695/4934170.pdf" TargetMode="External"/><Relationship Id="rId20" Type="http://schemas.openxmlformats.org/officeDocument/2006/relationships/hyperlink" Target="https://eea.gd.gov.cn/attachment/0/620/620691/4934170.pdf" TargetMode="External"/><Relationship Id="rId21" Type="http://schemas.openxmlformats.org/officeDocument/2006/relationships/hyperlink" Target="https://eea.gd.gov.cn/attachment/0/620/620690/4934170.pdf" TargetMode="External"/><Relationship Id="rId22" Type="http://schemas.openxmlformats.org/officeDocument/2006/relationships/hyperlink" Target="https://eea.gd.gov.cn/attachment/0/620/620693/4934234.pdf" TargetMode="External"/><Relationship Id="rId23" Type="http://schemas.openxmlformats.org/officeDocument/2006/relationships/hyperlink" Target="https://eea.gd.gov.cn/attachment/0/620/620694/4934234.pdf" TargetMode="External"/><Relationship Id="rId24" Type="http://schemas.openxmlformats.org/officeDocument/2006/relationships/hyperlink" Target="https://eea.gd.gov.cn/attachment/0/620/620696/4934234.pdf" TargetMode="External"/><Relationship Id="rId25" Type="http://schemas.openxmlformats.org/officeDocument/2006/relationships/hyperlink" Target="https://eea.gd.gov.cn/attachment/0/620/620698/4934234.pdf" TargetMode="External"/><Relationship Id="rId26" Type="http://schemas.openxmlformats.org/officeDocument/2006/relationships/hyperlink" Target="https://eea.gd.gov.cn/attachment/0/620/620697/4934234.pdf" TargetMode="External"/><Relationship Id="rId27" Type="http://schemas.openxmlformats.org/officeDocument/2006/relationships/hyperlink" Target="https://eea.gd.gov.cn/attachment/0/620/620692/4934234.pdf" TargetMode="External"/><Relationship Id="rId28" Type="http://schemas.openxmlformats.org/officeDocument/2006/relationships/hyperlink" Target="https://eea.gd.gov.cn/attachment/0/620/620695/4934234.pdf" TargetMode="External"/><Relationship Id="rId29" Type="http://schemas.openxmlformats.org/officeDocument/2006/relationships/hyperlink" Target="https://eea.gd.gov.cn/attachment/0/620/620691/4934234.pdf" TargetMode="External"/><Relationship Id="rId30" Type="http://schemas.openxmlformats.org/officeDocument/2006/relationships/hyperlink" Target="https://eea.gd.gov.cn/attachment/0/620/620690/4934234.pdf" TargetMode="External"/><Relationship Id="rId31" Type="http://schemas.openxmlformats.org/officeDocument/2006/relationships/hyperlink" Target="https://eea.gd.gov.cn/attachment/0/620/620693/4934235.pdf" TargetMode="External"/><Relationship Id="rId32" Type="http://schemas.openxmlformats.org/officeDocument/2006/relationships/hyperlink" Target="https://eea.gd.gov.cn/attachment/0/620/620694/4934235.pdf" TargetMode="External"/><Relationship Id="rId33" Type="http://schemas.openxmlformats.org/officeDocument/2006/relationships/hyperlink" Target="https://eea.gd.gov.cn/attachment/0/620/620696/4934235.pdf" TargetMode="External"/><Relationship Id="rId34" Type="http://schemas.openxmlformats.org/officeDocument/2006/relationships/hyperlink" Target="https://eea.gd.gov.cn/attachment/0/620/620698/4934235.pdf" TargetMode="External"/><Relationship Id="rId35" Type="http://schemas.openxmlformats.org/officeDocument/2006/relationships/hyperlink" Target="https://eea.gd.gov.cn/attachment/0/620/620697/4934235.pdf" TargetMode="External"/><Relationship Id="rId36" Type="http://schemas.openxmlformats.org/officeDocument/2006/relationships/hyperlink" Target="https://eea.gd.gov.cn/attachment/0/620/620692/4934235.pdf" TargetMode="External"/><Relationship Id="rId37" Type="http://schemas.openxmlformats.org/officeDocument/2006/relationships/hyperlink" Target="https://eea.gd.gov.cn/attachment/0/620/620695/4934235.pdf" TargetMode="External"/><Relationship Id="rId38" Type="http://schemas.openxmlformats.org/officeDocument/2006/relationships/hyperlink" Target="https://eea.gd.gov.cn/attachment/0/620/620691/4934235.pdf" TargetMode="External"/><Relationship Id="rId39" Type="http://schemas.openxmlformats.org/officeDocument/2006/relationships/hyperlink" Target="https://eea.gd.gov.cn/attachment/0/620/620690/493423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