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https://szeb.sz.gov.cn/szzkw/zkcx/zxks/zkzy/bkcc/content/post_8949116.html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6a79b4bc1b58ead1a86f358326511b67c250d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6a79b4bc1b58ead1a86f358326511b67c250d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1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