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https://szeb.sz.gov.cn/szzkw/zkcx/zxks/zkzy/bkcc/content/post_8949119.html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18f865193aec383cba7c2616858e16f9d9ecb20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18f865193aec383cba7c2616858e16f9d9ecb20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119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