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广东省2024年上半年中小学教师资格考试笔试考前温馨提醒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2024-03-04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https://eea.gd.gov.cn/news/content/post_4384920.html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https://eea.gd.gov.cn/shks/content/post_4384804.html</w:t>
        </w:r>
      </w:hyperlink>
    </w:p>
    <w:p/>
    <w:p>
      <w:r>
        <w:t>2024年上半年广东省中小学教师资格考试笔试将于3月9日举行， 请广大考生注意啦！</w:t>
      </w:r>
    </w:p>
    <w:p>
      <w:r>
        <w:t>一、带齐证件，按时应考。考生须持《准考证》和有效期内的居民身份证/港澳台居民居住证/港澳居民来往内地通行证/台湾居民来往大陆通行证进入考场，请确保“两证”齐全，信息一致。</w:t>
      </w:r>
    </w:p>
    <w:p>
      <w:r>
        <w:t>二、遵守纪律，诚信考试。考生应携带必要的文具进入考场，如黑色签字笔、2B铅笔、尺子、橡皮等。禁止携带书籍、资料、计算器、包等物品，特别是具有拍摄、发送或接收信息功能的电子设备，禁止在《准考证》上书写任何与考试有关的文字。离开考场时，不准携带试卷、答题卡或草稿纸。考生如有违纪、作弊等行为，将按照《国家教育考试违规处理办法》等规定进行处理。有作弊情形的，将依据《教师资格条例》的相关规定，3年内禁止参加教师资格考试。如情节严重、触犯刑法，将报送公安部门，依法处理。</w:t>
      </w:r>
    </w:p>
    <w:p>
      <w:r>
        <w:t>三、合理安排，从容赴考。考生迟到15分钟不得进入考场，考试结束前30分钟方可交卷离开考场。提前离开考场的考生，须在指定区域停留，待考试结束后方可离开考点。我省各考点车位有限，建议考生提前规划路线，尽量乘坐公共交通工具，提前到达考点。</w:t>
      </w:r>
    </w:p>
    <w:p>
      <w:r>
        <w:t>请广大考生严格遵守考场纪律，诚信赴考，听从监考老师指挥，不提前作答，不延后交卷，不影响考场秩序，切勿发生违规作弊行为，务必对自己的诚信负责。预祝各位考生考试顺利，取得好成绩！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384920.html" TargetMode="External"/><Relationship Id="rId11" Type="http://schemas.openxmlformats.org/officeDocument/2006/relationships/hyperlink" Target="https://eea.gd.gov.cn/shks/content/post_438480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