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2026年面向港澳台地区研究生招生初试统考《准考证》打印提醒及广州报考点考生须知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2026-04-01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https://eea.gd.gov.cn/lhzs/content/post_4877161.html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https://eea.gd.gov.cn/news/content/post_4877175.html</w:t>
        </w:r>
      </w:hyperlink>
    </w:p>
    <w:p/>
    <w:p>
      <w:r>
        <w:t>2026年面向港澳台地区研究生招生初试统考将于4月11日进行。广州报考点初试统考统一安排在广东工业大学（大学城校区）考点，考生于4月1日起可登录面向港澳台研究生招生信息网下载并打印《准考证》。</w:t>
      </w:r>
    </w:p>
    <w:p>
      <w:r>
        <w:t>一、初试统考考试安排</w:t>
      </w:r>
    </w:p>
    <w:p>
      <w:r>
        <w:t>（一）考试日期：2026年4月11日。</w:t>
      </w:r>
    </w:p>
    <w:p>
      <w:r>
        <w:t>（二）考试时间：上午8:45至12:00（9:00至12:00为正式作答时间）。</w:t>
      </w:r>
    </w:p>
    <w:p>
      <w:r>
        <w:t>（三）考试地点：广州市番禺区广州大学城外环西路100号（广工一路教学区东门）。具体考场信息请见《准考证》。</w:t>
      </w:r>
    </w:p>
    <w:p>
      <w:r>
        <w:t>（四）考试科目：Z001综合能力（一）或Z002综合能力（二）。</w:t>
      </w:r>
    </w:p>
    <w:p>
      <w:r>
        <w:t>二、考生须知</w:t>
      </w:r>
    </w:p>
    <w:p>
      <w:r>
        <w:t>（一）近期广州地区天气多变、考点所在学校范围较大，请考生务必留意考试当天天气预报，提前到达考点，留足存放物品和入场检查时间，并按指引安检进场。</w:t>
      </w:r>
    </w:p>
    <w:p>
      <w:r>
        <w:t>（二）考生进入考试封闭区域时，应自觉接受考试工作人员使用智能安检门、金属探测仪等设备进行违规物品检查。请考生尽量不穿戴有金属装饰品的衣服、鞋帽等，避免因反复安检影响正常入场考试。严禁将具有发射或接收信息功能的设备（如手机、智能手表、智能眼镜等）、电子存储记忆录放设备以及学习资料等物品进入考点。除《准考证》、身份证件及必须的考试文具外，其余不允许带入考点的考生私人物品（包括水瓶、水杯等），按照考点要求统一存放、管理。</w:t>
      </w:r>
    </w:p>
    <w:p>
      <w:r>
        <w:t>（三）进入考场时，除须出示《准考证》外，港澳地区考生须出示永久性居民身份证及《港澳居民来往内地通行证》或《港澳居民居住证》；台湾地区考生须出示台湾地区有效身份证明及《台湾居民来往大陆通行证》或《台湾居民居住证》，以便监考人员核实。</w:t>
      </w:r>
    </w:p>
    <w:p>
      <w:r>
        <w:t>（四）所有考生（包括纸笔及机考模式的考生）均须自备黑色字迹签字笔、2B铅笔、橡皮擦。不允许携带及使用计算器。</w:t>
      </w:r>
    </w:p>
    <w:p>
      <w:r>
        <w:t>（五）9:15不允许迟到考生入场。11:30-12:00，考生在报告监考员同意后可提前结束答题离场。</w:t>
      </w:r>
    </w:p>
    <w:p>
      <w:r>
        <w:t>（六）考生须按《准考证》上指定考场及座位对号入座。考试桌面只摆放《准考证》、身份证件以及考场规定的文具。</w:t>
      </w:r>
    </w:p>
    <w:p>
      <w:r>
        <w:t>（七）考试正式开始前，机考考场考生不可随意使用、移动或调整考试机及所有外接设备。考试期间，考生如有任何问题，可举手示意，由监考员判断并按照规范进行处理。</w:t>
      </w:r>
    </w:p>
    <w:p>
      <w:r>
        <w:t>（八）考生不可携带草稿纸等任何纸张。考生应按要求在考试系统或答题卡内指定区域作答，如在草稿纸上作答视为无效。</w:t>
      </w:r>
    </w:p>
    <w:p>
      <w:r>
        <w:t>（九）考场内须保持安静，不准旁窥、交谈、传递、吸烟、吃零食，不得将试卷、答题卡或草稿纸带出考场。</w:t>
      </w:r>
    </w:p>
    <w:p>
      <w:r>
        <w:t>（十）考试结束信号发出后，立即停止作答，在监考员依序收齐答题卡、试卷、草稿纸等考试材料后，根据监考员指令依次退出考场。</w:t>
      </w:r>
    </w:p>
    <w:p>
      <w:r>
        <w:t>（十一）如有不遵守考场规则、不服从考试工作人员管理、考试违规等行为的，将按照《国家教育考试违规处理办法》（教育部第33号令）确定的程序和规定严肃处理，并记入国家教育考试诚信档案；涉嫌犯罪的，移送司法机关追究法律责任。</w:t>
      </w:r>
    </w:p>
    <w:p>
      <w:r>
        <w:t>祝各位考生顺利赴考、考出好成绩！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4877161.html" TargetMode="External"/><Relationship Id="rId11" Type="http://schemas.openxmlformats.org/officeDocument/2006/relationships/hyperlink" Target="https://eea.gd.gov.cn/news/content/post_487717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