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2021年深圳市成人高考疫情防控温馨提示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2021-10-21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https://szeb.sz.gov.cn/szzkw/zkgg/ckxx/content/post_9280562.html</w:t>
        </w:r>
      </w:hyperlink>
    </w:p>
    <w:p/>
    <w:p>
      <w:r>
        <w:t>2021年成人高考将于10月23日、24日举行。按照省教育考试院的最新疫情防控要求，全体考生和考务工作人员须提供考前48小时内（截至第一场考试入场时间）核酸检测阴性证明。现将疫情防控有关要求温馨提示如下。</w:t>
      </w:r>
    </w:p>
    <w:p>
      <w:r>
        <w:t>一、成人高考考生凭准考证，考试工作人员凭工作证，可到全市70个免费核酸检测点就近接受核酸检测（详见附件）。</w:t>
      </w:r>
    </w:p>
    <w:p>
      <w:r>
        <w:t>二、考生应至少提前1小时到达考点，进入考点时要听从现场工作人员指挥，保持安全距离，自觉出示粤康码、核酸检测阴性证明，接受体温检测，进行身份验证。</w:t>
      </w:r>
    </w:p>
    <w:p>
      <w:r>
        <w:t>三、考生须自备一次性医用口罩或医用外科口罩，除身份核查外，考试期间全程规范佩戴口罩。</w:t>
      </w:r>
    </w:p>
    <w:p>
      <w:r>
        <w:t>四、考试结束后，考生要按考务工作人员的指令保持安全间距，有序离场。</w:t>
      </w:r>
    </w:p>
    <w:p>
      <w:r>
        <w:t>2021年全国成人高考10月21日至23日期间免费核酸采样点.xlsx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2021年全国成人高考10月21日至23日期间免费核酸采样点.xlsx</w:t>
        </w:r>
      </w:hyperlink>
    </w:p>
    <w:p>
      <w:r>
        <w:rPr>
          <w:sz w:val="16"/>
        </w:rPr>
        <w:t>https://szeb.sz.gov.cn/attachment/0/863/863353/9280562.xlsx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ckxx/content/post_9280562.html" TargetMode="External"/><Relationship Id="rId11" Type="http://schemas.openxmlformats.org/officeDocument/2006/relationships/hyperlink" Target="https://szeb.sz.gov.cn/attachment/0/863/863353/9280562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