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2022年全国联招考试温馨提醒（二）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2022-05-05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联合招生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https://eea.gd.gov.cn/lhzs/content/post_3923987.html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https://eea.gd.gov.cn/tzgg/content/post_3923986.html</w:t>
        </w:r>
      </w:hyperlink>
    </w:p>
    <w:p/>
    <w:p>
      <w:r>
        <w:t>2022年普通高校联合招收华侨港澳台学生（以下简称全国联招）入学考试将于5月21—22日举行。为了使考生更顺利参加考试，给受疫情影响考生提供指引，全力做好本次考试疫情防控和组考工作，经研究，现决定采集考生当前位置。请全体考生5月6日24:00前，登录全国联招管理系统考生端（https://www.eeagd.edu.cn/lzks/），在“考生所在地点上报”栏完成本人当前所在位置的填报。</w:t>
      </w:r>
    </w:p>
    <w:p>
      <w:r>
        <w:t>我办特别提醒考生，要密切关注考点城市疫情防控要求，尽可能提前到达考点所处区域，注意做好个人防护，非必要不外出、不聚集。考试前，如考生受疫情影响不能前往考点参加考试的，请及时在系统上报最新的信息并联系我办(020-38627813）。</w:t>
      </w:r>
    </w:p>
    <w:p>
      <w:r>
        <w:t>感谢广大考生对全国联招考试工作的理解、支持和配合！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lhzs/content/post_3923987.html" TargetMode="External"/><Relationship Id="rId11" Type="http://schemas.openxmlformats.org/officeDocument/2006/relationships/hyperlink" Target="https://eea.gd.gov.cn/tzgg/content/post_392398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