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中小学教师资格考试笔试报名提交报名信息后很久了还是“待审核”状态，要怎么办？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2024-07-10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https://eea.gd.gov.cn/dawenku/ksbk/content/post_4453285.html</w:t>
        </w:r>
      </w:hyperlink>
    </w:p>
    <w:p/>
    <w:p>
      <w:r>
        <w:t>考生提交报名申请后，考区将对考生填报的个人信息进行核验，请考生保持注册登记的手机畅通，暂时关闭短信过滤功能，留意接收报名机构发出的短信。内地考生如接到省教育考试院发出的上传材料通知短信，请根据提示于规定时间内登录广东省中小学教师资格考试（笔试）上传材料平台（https://www.eeagd.edu.cn/jszgsh，以下简称“上传平台”），上传相应户籍或居住证材料。如未接到短信且本人报名信息至报名结束次日12:00仍处于“待审核”状态，请直接登录上传平台，上传相应户籍或居住证材料，并等待审核结果。港澳台考生提交报名信息后，无须等待短信通知，自行于报名结束次日17:00前登录上传平台，上传相应港澳台有效证件，上传的有效证件须与报名登记的证件一致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45328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