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https://szeb.sz.gov.cn/szzkw/zkcx/zxks/zkzy/zkcc/content/post_8949022.html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6ac3df5ab7a23900bd3e0e4f5e8c95906182d6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6ac3df5ab7a23900bd3e0e4f5e8c95906182d6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2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