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关于公布广东省2026年普通高校招生美术与设计类、书法类、播音与主持类（含粤语）和表（导）演类（服装表演方向）专业省统考成绩的通知</w:t>
      </w:r>
    </w:p>
    <w:p>
      <w:r>
        <w:rPr>
          <w:sz w:val="18"/>
        </w:rPr>
        <w:t>整理归属  深圳市招生考试办公室</w:t>
      </w:r>
    </w:p>
    <w:p>
      <w:r>
        <w:rPr>
          <w:sz w:val="18"/>
        </w:rPr>
        <w:t>发布日期  2026-01-09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https://szeb.sz.gov.cn/szzkw/qt/tzgg/content/post_12594959.html</w:t>
        </w:r>
      </w:hyperlink>
    </w:p>
    <w:p>
      <w:r>
        <w:t xml:space="preserve">同文来源  </w:t>
      </w:r>
      <w:hyperlink r:id="rId11">
        <w:r>
          <w:rPr>
            <w:color w:val="18548A"/>
          </w:rPr>
          <w:t>https://szeb.sz.gov.cn/szzkw/zkgg/gkxx/content/post_12594954.html</w:t>
        </w:r>
      </w:hyperlink>
    </w:p>
    <w:p/>
    <w:p>
      <w:r>
        <w:t>各地级及以上市招生办公室（考试中心、考试院）：</w:t>
      </w:r>
    </w:p>
    <w:p>
      <w:r>
        <w:t>我省2026年普通高校招生美术与设计类、书法类、播音与主持类（含粤语）和表（导）演类（服装表演方向）专业省统考评卷工作已结束。现就美术与设计类、书法类、播音与主持类（含粤语）和表（导）演类（服装表演方向）专业省统考成绩公布有关事项通知如下，请你们迅速转发至各县（市、区）、中学并通知考生本人。</w:t>
      </w:r>
    </w:p>
    <w:p>
      <w:r>
        <w:t>一、成绩公布时间和方式</w:t>
      </w:r>
    </w:p>
    <w:p>
      <w:r>
        <w:t>1月9日15:00起，考生可通过广东省教育考试院官微（ID：gdsksy）小程序、百度智能小程序、支付宝小程序、“广东招考在线”小程序查询成绩。1月26日10:00起，考生可以通过广东省教育考试院官微小程序、百度智能小程序和支付宝小程序自行下载并打印美术与设计类、书法类、播音与主持类（含粤语）和表（导）演类（服装表演方向）专业省统考本科合格证和成绩证书。考生成绩公布方式见附件。</w:t>
      </w:r>
    </w:p>
    <w:p>
      <w:r>
        <w:t>二、成绩复核</w:t>
      </w:r>
    </w:p>
    <w:p>
      <w:r>
        <w:t>（一）申请复查程序</w:t>
      </w:r>
    </w:p>
    <w:p>
      <w:r>
        <w:t>考生查询成绩后，如对成绩有疑问，可于1月13日12:00前向市招生办、所在学校提出查分申请。请各市、县（市、区）招生办公室于1月14日12:00前通过普高报名管理系统上传申请查分考生名单，逾期不予受理。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附件：广东省2026年普通高校招生美术与设计类、书法类、播音与主持类（含粤语）和表（导）演类（服装表演方向）专业省统考成绩查询方式</w:t>
      </w:r>
    </w:p>
    <w:p>
      <w:r>
        <w:t>广东省教育考试院办公室</w:t>
      </w:r>
    </w:p>
    <w:p>
      <w:r>
        <w:t>2026年1月4日</w:t>
      </w:r>
    </w:p>
    <w:p>
      <w:r>
        <w:t>附件.广东省2026年普通高校招生美术与设计类、书法类、播音与主持类（含粤语）和表（导）演类（服装表演方向）专业省统考成绩查询方式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（三）支付宝小程序查询方式</w:t>
      </w:r>
    </w:p>
    <w:p>
      <w:r>
        <w:t>考生通过支付宝App搜索“广东省教育考试院”，打开“广东省教育考试院”小程序，点击“考试成绩”，输入考生号和密码登录查询。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二、证书打印方式</w:t>
      </w:r>
    </w:p>
    <w:p>
      <w:r>
        <w:t>1月26日10:00起，考生可以通过省教育考试院官微小程序自行下载并打印美术与设计类、书法类、播音与主持类（含粤语）和表（导）演类（服装表演方向）专业省统考本科合格证和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另外，考生也可以通过支付宝小程序自行下载并打印成绩证书。具体操作为：通过支付宝App搜索“广东省教育考试院”，打开“广东省教育考试院”小程序，点击“成绩证明”，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94959.html" TargetMode="External"/><Relationship Id="rId11" Type="http://schemas.openxmlformats.org/officeDocument/2006/relationships/hyperlink" Target="https://szeb.sz.gov.cn/szzkw/zkgg/gkxx/content/post_125949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