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2023年广东省成人高考报名政策链接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2023-09-13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https://eea.gd.gov.cn/crgk/content/post_4253438.html</w:t>
        </w:r>
      </w:hyperlink>
    </w:p>
    <w:p/>
    <w:p>
      <w:r>
        <w:drawing>
          <wp:inline xmlns:a="http://schemas.openxmlformats.org/drawingml/2006/main" xmlns:pic="http://schemas.openxmlformats.org/drawingml/2006/picture">
            <wp:extent cx="6400800" cy="353793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92281ba60075a54254eb36c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53793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4253438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