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关于公布广东省2023年普通高考音乐和舞蹈术科统考合格线的通知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2023-02-24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https://szeb.sz.gov.cn/szzkw/zkgg/gkxx/content/post_10446714.html</w:t>
        </w:r>
      </w:hyperlink>
    </w:p>
    <w:p/>
    <w:p>
      <w:r>
        <w:t>经研究决定，2023年我省普通高考音乐和舞蹈术科统考合格线如下：</w:t>
      </w:r>
    </w:p>
    <w:p>
      <w:r>
        <w:t>一、音乐术科统考</w:t>
      </w:r>
    </w:p>
    <w:p>
      <w:r>
        <w:t>（一）音乐学专业</w:t>
      </w:r>
    </w:p>
    <w:p>
      <w:r>
        <w:t>本科合格线：180分</w:t>
      </w:r>
    </w:p>
    <w:p>
      <w:r>
        <w:t>高职(专科)合格线：150分</w:t>
      </w:r>
    </w:p>
    <w:p>
      <w:r>
        <w:t>（二）音乐表演-声乐专业</w:t>
      </w:r>
    </w:p>
    <w:p>
      <w:r>
        <w:t>本科合格线：185分</w:t>
      </w:r>
    </w:p>
    <w:p>
      <w:r>
        <w:t>高职(专科)合格线：150分</w:t>
      </w:r>
    </w:p>
    <w:p>
      <w:r>
        <w:t>（三）音乐表演-器乐专业</w:t>
      </w:r>
    </w:p>
    <w:p>
      <w:r>
        <w:t>本科合格线：172分</w:t>
      </w:r>
    </w:p>
    <w:p>
      <w:r>
        <w:t>高职(专科)合格线：150分</w:t>
      </w:r>
    </w:p>
    <w:p>
      <w:r>
        <w:t>二、舞蹈术科统考</w:t>
      </w:r>
    </w:p>
    <w:p>
      <w:r>
        <w:t>本专科合格线：150分</w:t>
      </w:r>
    </w:p>
    <w:p>
      <w:r>
        <w:t>音乐类考生术科统考成绩达到相应的合格线，方可报考对应层次的省术科统考或省术科统考涵盖校考的艺术院校（专业）。录取时，省招委会根据院校音乐学、音乐表演—声乐、音乐表演—器乐专业招生计划以及考生文化课考试、音乐术科考试成绩情况，按一定比例在合格线基础上另行划定各批次音乐类院校（专业）录取最低分数线。</w:t>
      </w:r>
    </w:p>
    <w:p>
      <w:r>
        <w:t>舞蹈类考生术科统考成绩达到相应的合格线，方可报考对应层次的省术科统考或省术科统考涵盖校考的艺术院校（专业）。录取时，省招委会根据舞蹈类招生计划以及考生文化课考试、术科考试成绩情况，按一定比例在合格线基础上另行划定各批次舞蹈类院校（专业）录取最低分数线。</w:t>
      </w:r>
    </w:p>
    <w:p>
      <w:r>
        <w:t>广东省招生委员会办公室</w:t>
      </w:r>
    </w:p>
    <w:p>
      <w:r>
        <w:t>2023年2月24日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467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