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https://szeb.sz.gov.cn/szzkw/zkcx/zxks/zkzy/bkcc/content/post_8949113.html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cd422ee530def58f3db5735d194932f864c85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cd422ee530def58f3db5735d194932f864c85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1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