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e197cd50d4009cb36f5420aef72105aca9190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e197cd50d4009cb36f5420aef72105aca9190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