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https://szeb.sz.gov.cn/szzkw/zkcx/zxks/zkzy/bkcc/content/post_8949082.html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719ee81834fa666e24b29dc3af55b9ade2acd07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719ee81834fa666e24b29dc3af55b9ade2acd07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82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