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广东省教育考试院惠州基地生活区健身器材及办公、文娱设备采购项目询价公告</w:t>
      </w:r>
    </w:p>
    <w:p>
      <w:r>
        <w:rPr>
          <w:sz w:val="18"/>
        </w:rPr>
        <w:t>整理归属  广东省教育考试院</w:t>
      </w:r>
    </w:p>
    <w:p>
      <w:r>
        <w:rPr>
          <w:sz w:val="18"/>
        </w:rPr>
        <w:t>发布日期  2024-04-12</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https://eea.gd.gov.cn/zfcg/content/post_4405949.html</w:t>
        </w:r>
      </w:hyperlink>
    </w:p>
    <w:p/>
    <w:p>
      <w:r>
        <w:t>广东省教育考试院惠州基地生活区健身器材及办公、文娱设备采购项目（项目编号：YKY20240401027）进行询价采购，欢迎符合资格的供应商参加。有关事项如下：</w:t>
      </w:r>
    </w:p>
    <w:p>
      <w:r>
        <w:t>一、项目名称</w:t>
      </w:r>
    </w:p>
    <w:p>
      <w:r>
        <w:t>广东省教育考试院惠州基地生活区健身器材及办公、文娱设备采购项目。</w:t>
      </w:r>
    </w:p>
    <w:p>
      <w:r>
        <w:t>二、项目概况</w:t>
      </w:r>
    </w:p>
    <w:p>
      <w:r>
        <w:t>1、项目概况：为保障考试院日常办公顺利进行，同时丰富惠州基地生活区的业余生活，需采购健身器材及办公、文娱设备一批。</w:t>
      </w:r>
    </w:p>
    <w:p>
      <w:r>
        <w:t>2、采购预算：人民币14.4213万元。</w:t>
      </w:r>
    </w:p>
    <w:p>
      <w:r>
        <w:t>三、采购需求</w:t>
      </w:r>
    </w:p>
    <w:p>
      <w:r>
        <w:t>1、健身器材及办公、文娱设备共10种，预算金额为14.4213万元。</w:t>
      </w:r>
    </w:p>
    <w:p>
      <w:r>
        <w:t>2、送货时间：2024年5月4日前所有货物须送达至考试院惠州基地并完成安装。</w:t>
      </w:r>
    </w:p>
    <w:p>
      <w:r>
        <w:t>3、送货地址：考试院惠州基地（广东省惠州市博罗县郭前村）。</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询价。为本项目提供整体设计、规范编制或者项目管理、监理、检测等服务的供应商，不得再参与本项目询价。</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5.具备广东省政府采购智慧云平台电子卖场办公及生活用品、日用品定点采购供应商资质。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2024年4月16日（周二）16:30（北京时间）前，将报名资料（统一社会信用代码扫描件、省政府采购智慧云平台电子卖场办公及生活用品、日常用品定点采购供应商资质截图、联系人及联系方式等资料）发送至邮箱gdsksy@eeagd.edu.cn，不收报名费。过期提交报名资料的视为报名不成功。报名成功后询价文件将由采购人统一发送至报名邮箱。</w:t>
      </w:r>
    </w:p>
    <w:p>
      <w:r>
        <w:t>七、投标文件提交时间：</w:t>
      </w:r>
    </w:p>
    <w:p>
      <w:r>
        <w:t>1、投标文件提交时间和截止时间：</w:t>
      </w:r>
    </w:p>
    <w:p>
      <w:r>
        <w:t>投标文件提交时间：2024年4月22日上午9:30-10:30（注：2024年 4月22日上午9:30开始接收投标文件）。</w:t>
      </w:r>
    </w:p>
    <w:p>
      <w:r>
        <w:t>投标文件递交截止时间：2024年4月22日上午10:30。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八、询价结果公布时间：2024年4月30日前。</w:t>
      </w:r>
    </w:p>
    <w:p>
      <w:r>
        <w:t>九、联系人及联系电话：梁老师020-38627732 。</w:t>
      </w:r>
    </w:p>
    <w:p>
      <w:r>
        <w:t>广东省教育考试院办公室</w:t>
      </w:r>
    </w:p>
    <w:p>
      <w:r>
        <w:t>2024年4月12日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40594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