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关于公布广东省2025年高职院校五年一贯制单独招生考试录取结果的通知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中招中考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https://eea.gd.gov.cn/zzzk/content/post_4717174.html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https://eea.gd.gov.cn/news/content/post_4717192.html</w:t>
        </w:r>
      </w:hyperlink>
    </w:p>
    <w:p/>
    <w:p>
      <w:r>
        <w:t>广大考生：</w:t>
      </w:r>
    </w:p>
    <w:p>
      <w:r>
        <w:t>2025年高职院校五年一贯制单独招生考试录取结果将于5月28日下午3时起陆续公布，可登录各招生院校网站查询录取结果。</w:t>
      </w:r>
    </w:p>
    <w:p>
      <w:r>
        <w:t>附件：2025年高职院校五年一贯制单独招生考试各院校招生公开信息一览表</w:t>
      </w:r>
    </w:p>
    <w:p>
      <w:r>
        <w:t>广东省教育考试院</w:t>
      </w:r>
    </w:p>
    <w:p>
      <w:r>
        <w:t>2025年5月28日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b5a38f7a90fe0911ef01bd2b35ae50d1c3767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b5a38f7a90fe0911ef01bd2b35ae50d1c3767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zzk/content/post_4717174.html" TargetMode="External"/><Relationship Id="rId11" Type="http://schemas.openxmlformats.org/officeDocument/2006/relationships/hyperlink" Target="https://eea.gd.gov.cn/news/content/post_4717192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