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https://szeb.sz.gov.cn/szzkw/zkcx/zxks/zkzy/bkcc/content/post_8949096.html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740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e61203afbacd5696e64c87165aa27709bed2172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7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524728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e61203afbacd5696e64c87165aa27709bed2172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24728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096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