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关于调整2022年成人高考南山区前海学校、蛇口学校考点的通告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2022-11-02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https://szeb.sz.gov.cn/szzkw/zkgg/ckxx/content/post_10211841.html</w:t>
        </w:r>
      </w:hyperlink>
    </w:p>
    <w:p/>
    <w:p>
      <w:r>
        <w:t>2022年成人高考将于11月5日至6日举行。受疫情影响，我市南山区前海学校、蛇口学校两个考点将无法继续承担本次考试工作。为保障考生人身安全和考试顺利，现将考点安排作如下调整：</w:t>
      </w:r>
    </w:p>
    <w:p>
      <w:r>
        <w:t>一、原安排在前海学校的考生平移至南山实验教育集团园丁学校（地址：南山区南农路1号）参加考试。</w:t>
      </w:r>
    </w:p>
    <w:p>
      <w:r>
        <w:t>二、原安排在蛇口学校的考生平移至深圳湾学校（地址：南山区岸湾七街6号）参加考试。</w:t>
      </w:r>
    </w:p>
    <w:p>
      <w:r>
        <w:t>三、考生无需更换准考证，凭原准考证前往调整后的考点参加考试，考场号、座位号不变。</w:t>
      </w:r>
    </w:p>
    <w:p>
      <w:r>
        <w:t>市招考办将群发短信通知受影响的考生，请相关考生注意查收短信并相互转告。因考点调整给考生带来的不便，敬请谅解。</w:t>
      </w:r>
    </w:p>
    <w:p>
      <w:r>
        <w:t>特此通告。</w:t>
      </w:r>
    </w:p>
    <w:p>
      <w:r>
        <w:t>深圳市招生考试办公室</w:t>
      </w:r>
    </w:p>
    <w:p>
      <w:r>
        <w:t>2022年11月2日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102118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