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关于香港教育大学在我市举办招生说明会的通知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2021-04-06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https://szeb.sz.gov.cn/szzkw/qtxx/content/post_8968358.html</w:t>
        </w:r>
      </w:hyperlink>
    </w:p>
    <w:p/>
    <w:p>
      <w:r>
        <w:t>香港教育大学是香港唯一以师范教育为本的大学，也是香港大学教育资助委员会辖下的八所法定公立大学之一。为适应国家扩大教育开放的要求，该校招生办决定在我市举办招生说明会，欢迎有意向报考的考生和家长参加。说明会安排如下：</w:t>
      </w:r>
    </w:p>
    <w:p>
      <w:r>
        <w:t>一、时间</w:t>
      </w:r>
    </w:p>
    <w:p>
      <w:r>
        <w:t>4月11日（星期日）上午10:00-12:00。</w:t>
      </w:r>
    </w:p>
    <w:p>
      <w:r>
        <w:t>二、地点</w:t>
      </w:r>
    </w:p>
    <w:p>
      <w:r>
        <w:t>香港城市大学产学研大楼1楼报告厅（地址：南山区高新区南区粤兴一道8号）。</w:t>
      </w:r>
    </w:p>
    <w:p>
      <w:r>
        <w:t>三、宣讲内容</w:t>
      </w:r>
    </w:p>
    <w:p>
      <w:r>
        <w:t>由该校招生宣传组全面介绍院校情况，解读2021年报考政策。如需查询课程，可登录学校网址：https://www.eduhk.hk/aps/查看相关内容。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683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