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https://szeb.sz.gov.cn/szzkw/zkcx/zxks/zkzy/zkcc/content/post_8949023.html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f726e324a39515fb62a6b59303e4771983ecbae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f726e324a39515fb62a6b59303e4771983ecbae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2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