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2023年全国硕士研究生招生考试温馨提示（一）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2022-11-28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https://eea.gd.gov.cn/tzgg/content/post_4054770.html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https://eea.gd.gov.cn/yjsks/content/post_4054771.html</w:t>
        </w:r>
      </w:hyperlink>
    </w:p>
    <w:p/>
    <w:p>
      <w:r>
        <w:t>2023年全国硕士研究生招生考试将于12月24至26日举行。鉴于当前国内复杂的疫情形势，为保障广大考生的生命安全和身体健康，确保正常参加考试，请在我省参加考试的考生严格遵守报考点所在地疫情防控规定，避免前往人员密集的公共场所，做好个人防护，非必要不跨地市流动。尚在省外的考生应提前做好安排，尽早返回考试地点，以免耽误考试。</w:t>
      </w:r>
    </w:p>
    <w:p>
      <w:r>
        <w:t>考试疫情防控措施将根据疫情形势变化适时调整，请广大考生密切关注广东省教育考试院网站（https://eea.gd.gov.cn/）、微信公众号（gdsjyksy)以及报考点在官网、微信公众号、研招网发布的公告，保持手机畅通及时接收报考点发送的相关信息，如有疑问应主动向报考点咨询。</w:t>
      </w:r>
    </w:p>
    <w:p>
      <w:r>
        <w:t>广东省教育考试院</w:t>
      </w:r>
    </w:p>
    <w:p>
      <w:r>
        <w:t>2022年11月28日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054770.html" TargetMode="External"/><Relationship Id="rId11" Type="http://schemas.openxmlformats.org/officeDocument/2006/relationships/hyperlink" Target="https://eea.gd.gov.cn/yjsks/content/post_40547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